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0EFD" w14:textId="77777777" w:rsidR="007C4269" w:rsidRDefault="00000000">
      <w:pPr>
        <w:spacing w:after="120"/>
        <w:jc w:val="center"/>
      </w:pPr>
      <w:r>
        <w:rPr>
          <w:b/>
          <w:sz w:val="28"/>
        </w:rPr>
        <w:t>University of Exeter Students’ Guild Society Constitution</w:t>
      </w:r>
    </w:p>
    <w:p w14:paraId="24D3CBAA" w14:textId="77777777" w:rsidR="007C4269" w:rsidRDefault="00000000">
      <w:pPr>
        <w:ind w:left="720"/>
      </w:pPr>
      <w:r>
        <w:t>The Constitution and Rules of The University of Exeter Debating Union</w:t>
      </w:r>
    </w:p>
    <w:p w14:paraId="6C3904BC" w14:textId="39F0DE6D" w:rsidR="007C4269" w:rsidRDefault="00000000">
      <w:pPr>
        <w:ind w:left="720"/>
      </w:pPr>
      <w:r>
        <w:t xml:space="preserve">Amendment approved by a majority of the committee on: 17th </w:t>
      </w:r>
      <w:r w:rsidR="009E7522">
        <w:t>October</w:t>
      </w:r>
      <w:r>
        <w:t xml:space="preserve"> 2026</w:t>
      </w:r>
    </w:p>
    <w:p w14:paraId="6277812D" w14:textId="77777777" w:rsidR="007C4269" w:rsidRDefault="00000000">
      <w:pPr>
        <w:ind w:left="720"/>
      </w:pPr>
      <w:r>
        <w:t>Amendment ratified by the Students’ Guild on:</w:t>
      </w:r>
    </w:p>
    <w:p w14:paraId="1DA3964F" w14:textId="77777777" w:rsidR="007C4269" w:rsidRDefault="00000000">
      <w:pPr>
        <w:spacing w:before="200"/>
        <w:ind w:left="720" w:hanging="360"/>
      </w:pPr>
      <w:r>
        <w:rPr>
          <w:b/>
        </w:rPr>
        <w:t>1.</w:t>
      </w:r>
      <w:r>
        <w:rPr>
          <w:b/>
        </w:rPr>
        <w:tab/>
        <w:t>Name</w:t>
      </w:r>
    </w:p>
    <w:p w14:paraId="27CA0AF3" w14:textId="77777777" w:rsidR="007C4269" w:rsidRDefault="00000000">
      <w:pPr>
        <w:ind w:left="1440" w:hanging="360"/>
      </w:pPr>
      <w:r>
        <w:t>1.1.</w:t>
      </w:r>
      <w:r>
        <w:tab/>
        <w:t>The society shall be called ‘The University of Exeter Debating Union’, commonly referred to as ‘The Debating Society’ ‘The Exeter Union’ or ‘DebSoc’ and hereafter referred to as ‘the society’.</w:t>
      </w:r>
    </w:p>
    <w:p w14:paraId="0D12D33D" w14:textId="77777777" w:rsidR="007C4269" w:rsidRDefault="00000000">
      <w:pPr>
        <w:ind w:left="1440" w:hanging="360"/>
      </w:pPr>
      <w:r>
        <w:t>1.2.</w:t>
      </w:r>
      <w:r>
        <w:tab/>
        <w:t>The date this document was last updated was 09/10/2026.</w:t>
      </w:r>
    </w:p>
    <w:p w14:paraId="263E7F2A" w14:textId="77777777" w:rsidR="007C4269" w:rsidRDefault="00000000">
      <w:pPr>
        <w:ind w:left="1440" w:hanging="360"/>
      </w:pPr>
      <w:r>
        <w:t>1.3.</w:t>
      </w:r>
      <w:r>
        <w:tab/>
        <w:t>This Constitution may be amended by two-thirds of a committee and submitted to the Activities team for final approval</w:t>
      </w:r>
    </w:p>
    <w:p w14:paraId="46A123FB" w14:textId="77777777" w:rsidR="007C4269" w:rsidRDefault="00000000">
      <w:pPr>
        <w:ind w:left="1440" w:hanging="360"/>
      </w:pPr>
      <w:r>
        <w:t>1.4.</w:t>
      </w:r>
      <w:r>
        <w:tab/>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2EEE3717" w14:textId="77777777" w:rsidR="007C4269" w:rsidRDefault="00000000">
      <w:pPr>
        <w:ind w:left="1440" w:hanging="360"/>
      </w:pPr>
      <w:r>
        <w:t>1.5.</w:t>
      </w:r>
      <w:r>
        <w:tab/>
        <w:t>The society shall be registered with the University of Exeter Guild of Students (hereafter ‘the Guild’) and is subservient to all rules and bylaws of the Guild.</w:t>
      </w:r>
    </w:p>
    <w:p w14:paraId="03C43E35" w14:textId="77777777" w:rsidR="007C4269" w:rsidRDefault="00000000">
      <w:pPr>
        <w:ind w:left="1440" w:hanging="360"/>
      </w:pPr>
      <w:r>
        <w:t>1.6.</w:t>
      </w:r>
      <w:r>
        <w:tab/>
        <w:t>The society shall remain impartial on social and political issues.</w:t>
      </w:r>
    </w:p>
    <w:p w14:paraId="1A932A5C" w14:textId="77777777" w:rsidR="007C4269" w:rsidRDefault="00000000">
      <w:pPr>
        <w:spacing w:before="120"/>
        <w:ind w:left="720" w:hanging="360"/>
      </w:pPr>
      <w:r>
        <w:rPr>
          <w:b/>
        </w:rPr>
        <w:t>2.</w:t>
      </w:r>
      <w:r>
        <w:rPr>
          <w:b/>
        </w:rPr>
        <w:tab/>
        <w:t>Aims and Objectives</w:t>
      </w:r>
    </w:p>
    <w:p w14:paraId="1ACCBA41" w14:textId="77777777" w:rsidR="007C4269" w:rsidRDefault="00000000">
      <w:pPr>
        <w:ind w:left="720"/>
      </w:pPr>
      <w:r>
        <w:t>The Aims and Objectives define the purpose of the society.</w:t>
      </w:r>
    </w:p>
    <w:p w14:paraId="3B12173F" w14:textId="77777777" w:rsidR="007C4269" w:rsidRDefault="00000000">
      <w:pPr>
        <w:ind w:left="1440" w:hanging="360"/>
      </w:pPr>
      <w:r>
        <w:t>2.1.</w:t>
      </w:r>
      <w:r>
        <w:tab/>
        <w:t>Critical engagement with public discourse. The society shall strive to ensure that members have the ability engage with notable intellectual and public figures on their area of expertise; as well as having the opportunity to converse with them.</w:t>
      </w:r>
    </w:p>
    <w:p w14:paraId="4012983D" w14:textId="77777777" w:rsidR="007C4269" w:rsidRDefault="00000000">
      <w:pPr>
        <w:ind w:left="1440" w:hanging="360"/>
      </w:pPr>
      <w:r>
        <w:t>2.2.</w:t>
      </w:r>
      <w:r>
        <w:tab/>
        <w:t>Exposure to a diversity of thought. The society shall ensure that members are able to argue for what they are passionate about; moreover, the society should act as a central hub for criticism and argument on campus.</w:t>
      </w:r>
    </w:p>
    <w:p w14:paraId="24673986" w14:textId="77777777" w:rsidR="007C4269" w:rsidRDefault="00000000">
      <w:pPr>
        <w:ind w:left="1440" w:hanging="360"/>
      </w:pPr>
      <w:r>
        <w:t>2.3.</w:t>
      </w:r>
      <w:r>
        <w:tab/>
        <w:t>Strong social engagement. The society shall provide various and regular socials so that the society offers everything needed to have a full university experience.</w:t>
      </w:r>
    </w:p>
    <w:p w14:paraId="27168998" w14:textId="77777777" w:rsidR="007C4269" w:rsidRDefault="00000000">
      <w:pPr>
        <w:ind w:left="1440" w:hanging="360"/>
      </w:pPr>
      <w:r>
        <w:t>2.4.</w:t>
      </w:r>
      <w:r>
        <w:tab/>
        <w:t>Refinement of rhetorical ability. The society shall facilitate the development of the vital skills and confidence to thrive in the modern world and workplace.</w:t>
      </w:r>
    </w:p>
    <w:p w14:paraId="26A963BD" w14:textId="77777777" w:rsidR="007C4269" w:rsidRDefault="00000000">
      <w:pPr>
        <w:ind w:left="1440" w:hanging="360"/>
      </w:pPr>
      <w:r>
        <w:t>2.5.</w:t>
      </w:r>
      <w:r>
        <w:tab/>
        <w:t xml:space="preserve">A broader philosophical, legal, and political education. The society shall encourage greater understanding of the civic and philosophical ideas which underpin modern social </w:t>
      </w:r>
      <w:r>
        <w:lastRenderedPageBreak/>
        <w:t>discourse; so that members can potently navigate and engage with anything concerning the human experience.</w:t>
      </w:r>
    </w:p>
    <w:p w14:paraId="4B640321" w14:textId="77777777" w:rsidR="007C4269" w:rsidRDefault="00000000">
      <w:pPr>
        <w:ind w:left="1440" w:hanging="360"/>
      </w:pPr>
      <w:r>
        <w:t>2.6.</w:t>
      </w:r>
      <w:r>
        <w:tab/>
        <w:t>Attendance at debating competitions. The society shall ensure that members are able to attend competitions regularly for both their own personal enjoyment and to provide them with evidence of their skills to assist in their post-graduate employment prospects.</w:t>
      </w:r>
    </w:p>
    <w:p w14:paraId="56D8EF0A" w14:textId="77777777" w:rsidR="007C4269" w:rsidRDefault="00000000">
      <w:pPr>
        <w:spacing w:before="120"/>
        <w:ind w:left="720" w:hanging="360"/>
      </w:pPr>
      <w:r>
        <w:rPr>
          <w:b/>
        </w:rPr>
        <w:t>3.</w:t>
      </w:r>
      <w:r>
        <w:rPr>
          <w:b/>
        </w:rPr>
        <w:tab/>
        <w:t>Membership</w:t>
      </w:r>
    </w:p>
    <w:p w14:paraId="5B573B9B" w14:textId="77777777" w:rsidR="007C4269" w:rsidRDefault="00000000">
      <w:pPr>
        <w:ind w:left="1440" w:hanging="360"/>
      </w:pPr>
      <w:r>
        <w:t>3.1.</w:t>
      </w:r>
      <w:r>
        <w:tab/>
        <w:t>Full membership of the society shall be open to all student members of the Guild, in accordance with the rules and bylaws of the Guild. All University of Exeter students are eligible for Full Membership; this includes students on placement, studying abroad, distance learners, and all University of Exeter students on Truro and Penryn Campus.</w:t>
      </w:r>
    </w:p>
    <w:p w14:paraId="3C969581" w14:textId="77777777" w:rsidR="007C4269" w:rsidRDefault="00000000">
      <w:pPr>
        <w:ind w:left="1440" w:hanging="360"/>
      </w:pPr>
      <w:r>
        <w:t>3.2.</w:t>
      </w:r>
      <w:r>
        <w:tab/>
        <w:t>Associate membership of the society shall be open to all associate members of the Guild, in accordance with the rules and bylaws of the Guild.</w:t>
      </w:r>
    </w:p>
    <w:p w14:paraId="77F25ACA" w14:textId="77777777" w:rsidR="007C4269" w:rsidRDefault="00000000">
      <w:pPr>
        <w:ind w:left="1440" w:hanging="360"/>
      </w:pPr>
      <w:r>
        <w:t>3.3.</w:t>
      </w:r>
      <w:r>
        <w:tab/>
        <w:t>All members must register for the society and pay a membership fee. The membership fee will be set annually by the committee of the society.</w:t>
      </w:r>
    </w:p>
    <w:p w14:paraId="2791EAED" w14:textId="77777777" w:rsidR="007C4269" w:rsidRDefault="00000000">
      <w:pPr>
        <w:ind w:left="1440" w:hanging="360"/>
      </w:pPr>
      <w:r>
        <w:t>3.4.</w:t>
      </w:r>
      <w:r>
        <w:tab/>
        <w:t>The Guild will maintain and administer the membership records of the society.</w:t>
      </w:r>
    </w:p>
    <w:p w14:paraId="23EE3D2C" w14:textId="77777777" w:rsidR="007C4269" w:rsidRDefault="00000000">
      <w:pPr>
        <w:ind w:left="1440" w:hanging="360"/>
      </w:pPr>
      <w:r>
        <w:t>3.5.</w:t>
      </w:r>
      <w:r>
        <w:tab/>
        <w:t>The society’s membership resets annually on the last day of July.</w:t>
      </w:r>
    </w:p>
    <w:p w14:paraId="05AD87DF" w14:textId="77777777" w:rsidR="007C4269" w:rsidRDefault="00000000">
      <w:pPr>
        <w:spacing w:before="120"/>
        <w:ind w:left="720" w:hanging="360"/>
      </w:pPr>
      <w:r>
        <w:rPr>
          <w:b/>
        </w:rPr>
        <w:t>4.</w:t>
      </w:r>
      <w:r>
        <w:rPr>
          <w:b/>
        </w:rPr>
        <w:tab/>
        <w:t>Committee</w:t>
      </w:r>
    </w:p>
    <w:p w14:paraId="6D42230B" w14:textId="77777777" w:rsidR="007C4269" w:rsidRDefault="00000000">
      <w:pPr>
        <w:ind w:left="1440" w:hanging="360"/>
      </w:pPr>
      <w:r>
        <w:t>4.1.</w:t>
      </w:r>
      <w:r>
        <w:tab/>
        <w:t>The society shall have a committee consisting of officers in the following mandatory positions. These members shall be selected by election, as per the rules established within Article 6 of this constitution.</w:t>
      </w:r>
    </w:p>
    <w:p w14:paraId="1D473D35" w14:textId="77777777" w:rsidR="007C4269" w:rsidRDefault="00000000">
      <w:pPr>
        <w:tabs>
          <w:tab w:val="left" w:pos="2477"/>
        </w:tabs>
        <w:ind w:left="2160" w:hanging="180"/>
      </w:pPr>
      <w:r>
        <w:t>4.1.1.</w:t>
      </w:r>
      <w:r>
        <w:tab/>
        <w:t>President.</w:t>
      </w:r>
    </w:p>
    <w:p w14:paraId="5103D66C" w14:textId="77777777" w:rsidR="007C4269" w:rsidRDefault="00000000">
      <w:pPr>
        <w:tabs>
          <w:tab w:val="left" w:pos="2477"/>
        </w:tabs>
        <w:ind w:left="2160" w:hanging="180"/>
      </w:pPr>
      <w:r>
        <w:t>4.1.2.</w:t>
      </w:r>
      <w:r>
        <w:tab/>
        <w:t>Treasurer.</w:t>
      </w:r>
    </w:p>
    <w:p w14:paraId="1B45C19B" w14:textId="77777777" w:rsidR="007C4269" w:rsidRDefault="00000000">
      <w:pPr>
        <w:tabs>
          <w:tab w:val="left" w:pos="2477"/>
        </w:tabs>
        <w:ind w:left="2160" w:hanging="180"/>
      </w:pPr>
      <w:r>
        <w:t>4.1.3.</w:t>
      </w:r>
      <w:r>
        <w:tab/>
        <w:t>Vice President.</w:t>
      </w:r>
    </w:p>
    <w:p w14:paraId="5E211F03" w14:textId="77777777" w:rsidR="007C4269" w:rsidRDefault="00000000">
      <w:pPr>
        <w:ind w:left="1440" w:hanging="360"/>
      </w:pPr>
      <w:r>
        <w:t>4.2.</w:t>
      </w:r>
      <w:r>
        <w:tab/>
        <w:t>The committee shall also be formed of officers in the following additional positions. These members shall be selected by election, as per the rules established within Article 6 of this constitution.</w:t>
      </w:r>
    </w:p>
    <w:p w14:paraId="37AFAFC6" w14:textId="77777777" w:rsidR="007C4269" w:rsidRDefault="00000000">
      <w:pPr>
        <w:tabs>
          <w:tab w:val="left" w:pos="2477"/>
        </w:tabs>
        <w:ind w:left="2160" w:hanging="180"/>
      </w:pPr>
      <w:r>
        <w:t>4.2.1.</w:t>
      </w:r>
      <w:r>
        <w:tab/>
        <w:t>Intervarsity Officer.</w:t>
      </w:r>
    </w:p>
    <w:p w14:paraId="69F7182B" w14:textId="77777777" w:rsidR="007C4269" w:rsidRDefault="00000000">
      <w:pPr>
        <w:tabs>
          <w:tab w:val="left" w:pos="2477"/>
        </w:tabs>
        <w:ind w:left="2160" w:hanging="180"/>
      </w:pPr>
      <w:r>
        <w:t>4.2.2.</w:t>
      </w:r>
      <w:r>
        <w:tab/>
        <w:t>Intervarsity Junior Officer.</w:t>
      </w:r>
    </w:p>
    <w:p w14:paraId="47671046" w14:textId="77777777" w:rsidR="007C4269" w:rsidRDefault="00000000">
      <w:pPr>
        <w:tabs>
          <w:tab w:val="left" w:pos="2477"/>
        </w:tabs>
        <w:ind w:left="2160" w:hanging="180"/>
      </w:pPr>
      <w:r>
        <w:t>4.2.3.</w:t>
      </w:r>
      <w:r>
        <w:tab/>
        <w:t>Chairperson.</w:t>
      </w:r>
    </w:p>
    <w:p w14:paraId="57E8216C" w14:textId="77777777" w:rsidR="007C4269" w:rsidRDefault="00000000">
      <w:pPr>
        <w:tabs>
          <w:tab w:val="left" w:pos="2477"/>
        </w:tabs>
        <w:ind w:left="2160" w:hanging="180"/>
      </w:pPr>
      <w:r>
        <w:t>4.2.4.</w:t>
      </w:r>
      <w:r>
        <w:tab/>
        <w:t>Outreach Officer.</w:t>
      </w:r>
    </w:p>
    <w:p w14:paraId="7F571DD2" w14:textId="77777777" w:rsidR="007C4269" w:rsidRDefault="00000000">
      <w:pPr>
        <w:tabs>
          <w:tab w:val="left" w:pos="2477"/>
        </w:tabs>
        <w:ind w:left="2160" w:hanging="180"/>
      </w:pPr>
      <w:r>
        <w:t>4.2.5.</w:t>
      </w:r>
      <w:r>
        <w:tab/>
        <w:t>Debate Technical Officer.</w:t>
      </w:r>
    </w:p>
    <w:p w14:paraId="4C200F94" w14:textId="77777777" w:rsidR="007C4269" w:rsidRDefault="00000000">
      <w:pPr>
        <w:tabs>
          <w:tab w:val="left" w:pos="2477"/>
        </w:tabs>
        <w:ind w:left="2160" w:hanging="180"/>
      </w:pPr>
      <w:r>
        <w:t>4.2.6.</w:t>
      </w:r>
      <w:r>
        <w:tab/>
        <w:t>Publicity Officer.</w:t>
      </w:r>
    </w:p>
    <w:p w14:paraId="05027836" w14:textId="77777777" w:rsidR="007C4269" w:rsidRDefault="00000000">
      <w:pPr>
        <w:tabs>
          <w:tab w:val="left" w:pos="2477"/>
        </w:tabs>
        <w:ind w:left="2160" w:hanging="180"/>
      </w:pPr>
      <w:r>
        <w:t>4.2.7.</w:t>
      </w:r>
      <w:r>
        <w:tab/>
        <w:t>Operations Officer.</w:t>
      </w:r>
    </w:p>
    <w:p w14:paraId="4ACA621E" w14:textId="77777777" w:rsidR="007C4269" w:rsidRDefault="00000000">
      <w:pPr>
        <w:tabs>
          <w:tab w:val="left" w:pos="2477"/>
        </w:tabs>
        <w:ind w:left="2160" w:hanging="180"/>
      </w:pPr>
      <w:r>
        <w:lastRenderedPageBreak/>
        <w:t>4.2.8.</w:t>
      </w:r>
      <w:r>
        <w:tab/>
        <w:t>Social Secretary.</w:t>
      </w:r>
    </w:p>
    <w:p w14:paraId="51230312" w14:textId="77777777" w:rsidR="007C4269" w:rsidRDefault="00000000">
      <w:pPr>
        <w:tabs>
          <w:tab w:val="left" w:pos="2477"/>
        </w:tabs>
        <w:ind w:left="2160" w:hanging="180"/>
      </w:pPr>
      <w:r>
        <w:t>4.2.9.</w:t>
      </w:r>
      <w:r>
        <w:tab/>
        <w:t>Equity Officer.</w:t>
      </w:r>
    </w:p>
    <w:p w14:paraId="4739B224" w14:textId="77777777" w:rsidR="007C4269" w:rsidRDefault="00000000">
      <w:pPr>
        <w:tabs>
          <w:tab w:val="left" w:pos="2477"/>
        </w:tabs>
        <w:ind w:left="2160" w:hanging="180"/>
      </w:pPr>
      <w:r>
        <w:t>4.2.10.</w:t>
      </w:r>
      <w:r>
        <w:tab/>
        <w:t>Freshers Representative.</w:t>
      </w:r>
    </w:p>
    <w:p w14:paraId="3AAD7ABB" w14:textId="49623CF9" w:rsidR="005F6F98" w:rsidRDefault="005F6F98">
      <w:pPr>
        <w:tabs>
          <w:tab w:val="left" w:pos="2477"/>
        </w:tabs>
        <w:ind w:left="2160" w:hanging="180"/>
      </w:pPr>
      <w:r>
        <w:t>4.2.11.      Media Secretary</w:t>
      </w:r>
    </w:p>
    <w:p w14:paraId="0B73D870" w14:textId="77777777" w:rsidR="007C4269" w:rsidRDefault="00000000">
      <w:pPr>
        <w:ind w:left="1440" w:hanging="360"/>
      </w:pPr>
      <w:r>
        <w:t>4.3.</w:t>
      </w:r>
      <w:r>
        <w:tab/>
        <w:t>All Committee Members must be Members of the Society. A person may only hold one position on the Society’s Committee. Up to two people may jointly nominate themselves for, and hold, one Committee position; they shall share one vote on Committee, though resignation or removal of one does not remove the other.</w:t>
      </w:r>
    </w:p>
    <w:p w14:paraId="7642ED7E" w14:textId="77777777" w:rsidR="007C4269" w:rsidRDefault="00000000">
      <w:pPr>
        <w:ind w:left="1440" w:hanging="360"/>
      </w:pPr>
      <w:r>
        <w:t>4.4.</w:t>
      </w:r>
      <w:r>
        <w:tab/>
        <w:t>A Committee Member may resign their position by informing the President (or another Committee Member if the individual resigning is the President) and notifying the Guild’s Activities Office.</w:t>
      </w:r>
    </w:p>
    <w:p w14:paraId="009DEC72" w14:textId="77777777" w:rsidR="007C4269" w:rsidRDefault="00000000">
      <w:pPr>
        <w:ind w:left="1440" w:hanging="360"/>
      </w:pPr>
      <w:r>
        <w:t>4.5.</w:t>
      </w:r>
      <w:r>
        <w:tab/>
        <w:t>All Committee Members are expected to fulfil their duties, as outlined in Article 5, and to regularly attend society events and committee meetings. If they cannot fulfil this obligation they are expected to resign.</w:t>
      </w:r>
    </w:p>
    <w:p w14:paraId="458473A8" w14:textId="77777777" w:rsidR="007C4269" w:rsidRDefault="00000000">
      <w:pPr>
        <w:ind w:left="1440" w:hanging="360"/>
      </w:pPr>
      <w:r>
        <w:t>4.6.</w:t>
      </w:r>
      <w:r>
        <w:tab/>
        <w:t>All committee members shall be required to attend all training mandated by the Guild.</w:t>
      </w:r>
    </w:p>
    <w:p w14:paraId="0555CE40" w14:textId="77777777" w:rsidR="007C4269" w:rsidRDefault="00000000">
      <w:pPr>
        <w:ind w:left="1440" w:hanging="360"/>
      </w:pPr>
      <w:r>
        <w:t>4.7.</w:t>
      </w:r>
      <w:r>
        <w:tab/>
        <w:t>All committee members shall complete the Student Committee Agreement, as mandated by the Guild.</w:t>
      </w:r>
    </w:p>
    <w:p w14:paraId="47D62080" w14:textId="77777777" w:rsidR="007C4269" w:rsidRDefault="00000000">
      <w:pPr>
        <w:ind w:left="1440" w:hanging="360"/>
      </w:pPr>
      <w:r>
        <w:t>4.8.</w:t>
      </w:r>
      <w:r>
        <w:tab/>
        <w:t>Any new roles to the committee of the society can only be added through the means of a constitutional amendment, as stipulated in Section 1.3. of this constitution.</w:t>
      </w:r>
    </w:p>
    <w:p w14:paraId="7CA9B1A0" w14:textId="77777777" w:rsidR="007C4269" w:rsidRDefault="00000000">
      <w:pPr>
        <w:ind w:left="1440" w:hanging="360"/>
      </w:pPr>
      <w:r>
        <w:t>4.9.</w:t>
      </w:r>
      <w:r>
        <w:tab/>
        <w:t>The committee shall meet regularly.</w:t>
      </w:r>
    </w:p>
    <w:p w14:paraId="1510533E" w14:textId="77777777" w:rsidR="007C4269" w:rsidRDefault="00000000">
      <w:pPr>
        <w:ind w:left="1440" w:hanging="360"/>
      </w:pPr>
      <w:r>
        <w:t>4.10.</w:t>
      </w:r>
      <w:r>
        <w:tab/>
        <w:t>The committee shall manage all aspects of the society’s administration and activity. The committee shall act, at all times, in the best interest of the members of the society, with regard to the rules and regulations of the Guild.</w:t>
      </w:r>
    </w:p>
    <w:p w14:paraId="2E563EC7" w14:textId="77777777" w:rsidR="007C4269" w:rsidRDefault="00000000">
      <w:pPr>
        <w:ind w:left="1440" w:hanging="360"/>
      </w:pPr>
      <w:r>
        <w:t>4.11.</w:t>
      </w:r>
      <w:r>
        <w:tab/>
        <w:t>The Council of Robes:</w:t>
      </w:r>
    </w:p>
    <w:p w14:paraId="3DB3162F" w14:textId="77777777" w:rsidR="007C4269" w:rsidRDefault="00000000">
      <w:pPr>
        <w:tabs>
          <w:tab w:val="left" w:pos="2477"/>
        </w:tabs>
        <w:ind w:left="2160" w:hanging="180"/>
      </w:pPr>
      <w:r>
        <w:t>4.11.1.</w:t>
      </w:r>
      <w:r>
        <w:tab/>
        <w:t>From this point onwards, all Presidents of the society will gain a seat on the “Council of Robes”.</w:t>
      </w:r>
    </w:p>
    <w:p w14:paraId="1A66E444" w14:textId="77777777" w:rsidR="007C4269" w:rsidRDefault="00000000">
      <w:pPr>
        <w:tabs>
          <w:tab w:val="left" w:pos="2477"/>
        </w:tabs>
        <w:ind w:left="2160" w:hanging="180"/>
      </w:pPr>
      <w:r>
        <w:t>4.11.2.</w:t>
      </w:r>
      <w:r>
        <w:tab/>
        <w:t>This council is completely distinct from the society, and has absolutely no power, but is recognised by the Society.</w:t>
      </w:r>
    </w:p>
    <w:p w14:paraId="784FBA59" w14:textId="77777777" w:rsidR="007C4269" w:rsidRDefault="00000000">
      <w:pPr>
        <w:tabs>
          <w:tab w:val="left" w:pos="2477"/>
        </w:tabs>
        <w:ind w:left="2160" w:hanging="180"/>
      </w:pPr>
      <w:r>
        <w:t>4.11.3.</w:t>
      </w:r>
      <w:r>
        <w:tab/>
        <w:t>This council can be contacted via email and can be consulted on all decisions related to “tomfoolery, chicanery and general buffoonery”.</w:t>
      </w:r>
    </w:p>
    <w:p w14:paraId="25ACEAA2" w14:textId="77777777" w:rsidR="007C4269" w:rsidRDefault="00000000">
      <w:pPr>
        <w:tabs>
          <w:tab w:val="left" w:pos="2477"/>
        </w:tabs>
        <w:ind w:left="2160" w:hanging="180"/>
      </w:pPr>
      <w:r>
        <w:t>4.11.4.</w:t>
      </w:r>
      <w:r>
        <w:tab/>
        <w:t>Please inform the council if the “redacted one” escapes.</w:t>
      </w:r>
    </w:p>
    <w:p w14:paraId="75B21DE4" w14:textId="77777777" w:rsidR="007C4269" w:rsidRDefault="00000000">
      <w:pPr>
        <w:tabs>
          <w:tab w:val="left" w:pos="2477"/>
        </w:tabs>
        <w:ind w:left="2160" w:hanging="180"/>
      </w:pPr>
      <w:r>
        <w:t>4.11.5.</w:t>
      </w:r>
      <w:r>
        <w:tab/>
        <w:t>Let’s see if activities actually read this</w:t>
      </w:r>
    </w:p>
    <w:p w14:paraId="4D31BA40" w14:textId="77777777" w:rsidR="007C4269" w:rsidRDefault="00000000">
      <w:pPr>
        <w:spacing w:before="120"/>
        <w:ind w:left="720" w:hanging="360"/>
      </w:pPr>
      <w:r>
        <w:rPr>
          <w:b/>
        </w:rPr>
        <w:t>5.</w:t>
      </w:r>
      <w:r>
        <w:rPr>
          <w:b/>
        </w:rPr>
        <w:tab/>
        <w:t>Committee Roles</w:t>
      </w:r>
    </w:p>
    <w:p w14:paraId="07C2FDFF" w14:textId="77777777" w:rsidR="007C4269" w:rsidRDefault="00000000">
      <w:pPr>
        <w:ind w:left="1440" w:hanging="360"/>
      </w:pPr>
      <w:r>
        <w:t>5.1.</w:t>
      </w:r>
      <w:r>
        <w:tab/>
        <w:t>The President:</w:t>
      </w:r>
    </w:p>
    <w:p w14:paraId="5E96E3D2" w14:textId="77777777" w:rsidR="007C4269" w:rsidRDefault="00000000">
      <w:pPr>
        <w:tabs>
          <w:tab w:val="left" w:pos="2477"/>
        </w:tabs>
        <w:ind w:left="2160" w:hanging="180"/>
      </w:pPr>
      <w:r>
        <w:lastRenderedPageBreak/>
        <w:t>5.1.1.</w:t>
      </w:r>
      <w:r>
        <w:tab/>
        <w:t>Shall be ultimately responsible for the Society, its activity, and its development;</w:t>
      </w:r>
    </w:p>
    <w:p w14:paraId="5DAED45E" w14:textId="77777777" w:rsidR="007C4269" w:rsidRDefault="00000000">
      <w:pPr>
        <w:tabs>
          <w:tab w:val="left" w:pos="2477"/>
        </w:tabs>
        <w:ind w:left="2160" w:hanging="180"/>
      </w:pPr>
      <w:r>
        <w:t>5.1.2.</w:t>
      </w:r>
      <w:r>
        <w:tab/>
        <w:t>Shall chair General Meetings of the Society and Society Committee Meetings (unless absent, when the President can delegate another to do so);</w:t>
      </w:r>
    </w:p>
    <w:p w14:paraId="1715F544" w14:textId="77777777" w:rsidR="007C4269" w:rsidRDefault="00000000">
      <w:pPr>
        <w:tabs>
          <w:tab w:val="left" w:pos="2477"/>
        </w:tabs>
        <w:ind w:left="2160" w:hanging="180"/>
      </w:pPr>
      <w:r>
        <w:t>5.1.3.</w:t>
      </w:r>
      <w:r>
        <w:tab/>
        <w:t>Shall be responsible for managing the Society’s relationship with the Guild and any external organisations and ensuring that the Society and its Members are represented in any relevant Guild processes;</w:t>
      </w:r>
    </w:p>
    <w:p w14:paraId="406EE062" w14:textId="77777777" w:rsidR="007C4269" w:rsidRDefault="00000000">
      <w:pPr>
        <w:tabs>
          <w:tab w:val="left" w:pos="2477"/>
        </w:tabs>
        <w:ind w:left="2160" w:hanging="180"/>
      </w:pPr>
      <w:r>
        <w:t>5.1.4.</w:t>
      </w:r>
      <w:r>
        <w:tab/>
        <w:t>Shall ensure the Society is operating in line with the Guild’s governing documents and compliance policies and processes; and,</w:t>
      </w:r>
    </w:p>
    <w:p w14:paraId="78A2EFA8" w14:textId="77777777" w:rsidR="007C4269" w:rsidRDefault="00000000">
      <w:pPr>
        <w:tabs>
          <w:tab w:val="left" w:pos="2477"/>
        </w:tabs>
        <w:ind w:left="2160" w:hanging="180"/>
      </w:pPr>
      <w:r>
        <w:t>5.1.5.</w:t>
      </w:r>
      <w:r>
        <w:tab/>
        <w:t>They shall have the responsibility to write and sign off financial forms of the society and to ensure the group meets the Guilds financial regulations in regards to financial compliance.</w:t>
      </w:r>
    </w:p>
    <w:p w14:paraId="1DD0FAFE" w14:textId="77777777" w:rsidR="007C4269" w:rsidRDefault="00000000">
      <w:pPr>
        <w:tabs>
          <w:tab w:val="left" w:pos="2477"/>
        </w:tabs>
        <w:ind w:left="2160" w:hanging="180"/>
      </w:pPr>
      <w:r>
        <w:t>5.1.6.</w:t>
      </w:r>
      <w:r>
        <w:tab/>
        <w:t>Shall have overall responsibility for the promotion and development for the society, including by providing a weekly communication to the membership and leading the organisation of freshers week.</w:t>
      </w:r>
    </w:p>
    <w:p w14:paraId="75399898" w14:textId="77777777" w:rsidR="007C4269" w:rsidRDefault="00000000">
      <w:pPr>
        <w:ind w:left="1440" w:hanging="360"/>
      </w:pPr>
      <w:r>
        <w:t>5.2.</w:t>
      </w:r>
      <w:r>
        <w:tab/>
        <w:t>The Treasurer:</w:t>
      </w:r>
    </w:p>
    <w:p w14:paraId="3D9FF382" w14:textId="77777777" w:rsidR="007C4269" w:rsidRDefault="00000000">
      <w:pPr>
        <w:tabs>
          <w:tab w:val="left" w:pos="2477"/>
        </w:tabs>
        <w:ind w:left="2160" w:hanging="180"/>
      </w:pPr>
      <w:r>
        <w:t>5.2.1.</w:t>
      </w:r>
      <w:r>
        <w:tab/>
        <w:t>Shall be responsible for the financial operations of the Society, acting as both the Accountant and Chief Financial Officer;</w:t>
      </w:r>
    </w:p>
    <w:p w14:paraId="3C4D9878" w14:textId="77777777" w:rsidR="007C4269" w:rsidRDefault="00000000">
      <w:pPr>
        <w:tabs>
          <w:tab w:val="left" w:pos="2477"/>
        </w:tabs>
        <w:ind w:left="2160" w:hanging="180"/>
      </w:pPr>
      <w:r>
        <w:t>5.2.2.</w:t>
      </w:r>
      <w:r>
        <w:tab/>
        <w:t>Shall set and oversee the Society’s annual budget and present a financial report to all members at the annual General Meeting;</w:t>
      </w:r>
    </w:p>
    <w:p w14:paraId="07DF100F" w14:textId="77777777" w:rsidR="007C4269" w:rsidRDefault="00000000">
      <w:pPr>
        <w:tabs>
          <w:tab w:val="left" w:pos="2477"/>
        </w:tabs>
        <w:ind w:left="2160" w:hanging="180"/>
      </w:pPr>
      <w:r>
        <w:t>5.2.3.</w:t>
      </w:r>
      <w:r>
        <w:tab/>
        <w:t>Shall aim to ensure that the Society is not running a deficit at any time;</w:t>
      </w:r>
    </w:p>
    <w:p w14:paraId="1377C879" w14:textId="77777777" w:rsidR="007C4269" w:rsidRDefault="00000000">
      <w:pPr>
        <w:tabs>
          <w:tab w:val="left" w:pos="2477"/>
        </w:tabs>
        <w:ind w:left="2160" w:hanging="180"/>
      </w:pPr>
      <w:r>
        <w:t>5.2.4.</w:t>
      </w:r>
      <w:r>
        <w:tab/>
        <w:t>Shall be responsible for Society’s funding, grant and sponsorship applications;</w:t>
      </w:r>
    </w:p>
    <w:p w14:paraId="75528632" w14:textId="77777777" w:rsidR="007C4269" w:rsidRDefault="00000000">
      <w:pPr>
        <w:tabs>
          <w:tab w:val="left" w:pos="2477"/>
        </w:tabs>
        <w:ind w:left="2160" w:hanging="180"/>
      </w:pPr>
      <w:r>
        <w:t>5.2.5.</w:t>
      </w:r>
      <w:r>
        <w:tab/>
        <w:t>They shall have the responsibility to write and sign off financial forms of the society and to ensure the group meets the Guilds financial regulations in regards to financial compliance.</w:t>
      </w:r>
    </w:p>
    <w:p w14:paraId="79F32DDD" w14:textId="77777777" w:rsidR="007C4269" w:rsidRDefault="00000000">
      <w:pPr>
        <w:tabs>
          <w:tab w:val="left" w:pos="2477"/>
        </w:tabs>
        <w:ind w:left="2160" w:hanging="180"/>
      </w:pPr>
      <w:r>
        <w:t>5.2.6.</w:t>
      </w:r>
      <w:r>
        <w:tab/>
        <w:t>Shall ensure that income, expenses and other outgoing payments are authorised in a timely manner; and,</w:t>
      </w:r>
    </w:p>
    <w:p w14:paraId="01336150" w14:textId="77777777" w:rsidR="007C4269" w:rsidRDefault="00000000">
      <w:pPr>
        <w:tabs>
          <w:tab w:val="left" w:pos="2477"/>
        </w:tabs>
        <w:ind w:left="2160" w:hanging="180"/>
      </w:pPr>
      <w:r>
        <w:t>5.2.7.</w:t>
      </w:r>
      <w:r>
        <w:tab/>
        <w:t>Shall ensure that fundraising is organised where appropriate.</w:t>
      </w:r>
    </w:p>
    <w:p w14:paraId="2B28EE70" w14:textId="77777777" w:rsidR="007C4269" w:rsidRDefault="00000000">
      <w:pPr>
        <w:ind w:left="1440" w:hanging="360"/>
      </w:pPr>
      <w:r>
        <w:t>5.3.</w:t>
      </w:r>
      <w:r>
        <w:tab/>
        <w:t>Vice President:</w:t>
      </w:r>
    </w:p>
    <w:p w14:paraId="5C501741" w14:textId="77777777" w:rsidR="007C4269" w:rsidRDefault="00000000">
      <w:pPr>
        <w:tabs>
          <w:tab w:val="left" w:pos="2477"/>
        </w:tabs>
        <w:ind w:left="2160" w:hanging="180"/>
      </w:pPr>
      <w:r>
        <w:t>5.3.1.</w:t>
      </w:r>
      <w:r>
        <w:tab/>
        <w:t>Shall deputise for the President, providing leadership and direction to the other Committee roles where required;</w:t>
      </w:r>
    </w:p>
    <w:p w14:paraId="0798F26B" w14:textId="77777777" w:rsidR="007C4269" w:rsidRDefault="00000000">
      <w:pPr>
        <w:tabs>
          <w:tab w:val="left" w:pos="2477"/>
        </w:tabs>
        <w:ind w:left="2160" w:hanging="180"/>
      </w:pPr>
      <w:r>
        <w:t>5.3.2.</w:t>
      </w:r>
      <w:r>
        <w:tab/>
        <w:t>Shall be responsible for booking any Guild or university rooms for the society;</w:t>
      </w:r>
    </w:p>
    <w:p w14:paraId="1198ADEB" w14:textId="77777777" w:rsidR="007C4269" w:rsidRDefault="00000000">
      <w:pPr>
        <w:tabs>
          <w:tab w:val="left" w:pos="2477"/>
        </w:tabs>
        <w:ind w:left="2160" w:hanging="180"/>
      </w:pPr>
      <w:r>
        <w:lastRenderedPageBreak/>
        <w:t>5.3.3.</w:t>
      </w:r>
      <w:r>
        <w:tab/>
        <w:t>Shall be responsible for keeping minutes of the meetings of the committee, and of general meetings of the society</w:t>
      </w:r>
    </w:p>
    <w:p w14:paraId="2954C8F2" w14:textId="77777777" w:rsidR="007C4269" w:rsidRDefault="00000000">
      <w:pPr>
        <w:tabs>
          <w:tab w:val="left" w:pos="2477"/>
        </w:tabs>
        <w:ind w:left="2160" w:hanging="180"/>
      </w:pPr>
      <w:r>
        <w:t>5.3.4.</w:t>
      </w:r>
      <w:r>
        <w:tab/>
        <w:t>Shall keep an up-to-date inventory of equipment owned by the society;</w:t>
      </w:r>
    </w:p>
    <w:p w14:paraId="34ADA4B6" w14:textId="77777777" w:rsidR="007C4269" w:rsidRDefault="00000000">
      <w:pPr>
        <w:tabs>
          <w:tab w:val="left" w:pos="2477"/>
        </w:tabs>
        <w:ind w:left="2160" w:hanging="180"/>
      </w:pPr>
      <w:r>
        <w:t>5.3.5.</w:t>
      </w:r>
      <w:r>
        <w:tab/>
        <w:t>Shall be responsible be any risk assessments done by the society not assigned to others; and,</w:t>
      </w:r>
    </w:p>
    <w:p w14:paraId="0494A7D2" w14:textId="77777777" w:rsidR="007C4269" w:rsidRDefault="00000000">
      <w:pPr>
        <w:tabs>
          <w:tab w:val="left" w:pos="2477"/>
        </w:tabs>
        <w:ind w:left="2160" w:hanging="180"/>
      </w:pPr>
      <w:r>
        <w:t>5.3.6.</w:t>
      </w:r>
      <w:r>
        <w:tab/>
        <w:t>Shall support the other Committee roles to deliver their remit, by providing oversight of the day-to-day operation of the committee and supporting them with administrative or bureaucratic responsibilities.</w:t>
      </w:r>
    </w:p>
    <w:p w14:paraId="55F6E4A0" w14:textId="77777777" w:rsidR="007C4269" w:rsidRDefault="00000000">
      <w:pPr>
        <w:ind w:left="1440" w:hanging="360"/>
      </w:pPr>
      <w:r>
        <w:t>5.4.</w:t>
      </w:r>
      <w:r>
        <w:tab/>
        <w:t>Equity Officer:</w:t>
      </w:r>
    </w:p>
    <w:p w14:paraId="7BADB6F2" w14:textId="77777777" w:rsidR="007C4269" w:rsidRDefault="00000000">
      <w:pPr>
        <w:tabs>
          <w:tab w:val="left" w:pos="2477"/>
        </w:tabs>
        <w:ind w:left="2160" w:hanging="180"/>
      </w:pPr>
      <w:r>
        <w:t>5.4.1.</w:t>
      </w:r>
      <w:r>
        <w:tab/>
        <w:t>Shall be responsible for supporting the President with the welfare of The members of the society;</w:t>
      </w:r>
    </w:p>
    <w:p w14:paraId="52506689" w14:textId="77777777" w:rsidR="007C4269" w:rsidRDefault="00000000">
      <w:pPr>
        <w:tabs>
          <w:tab w:val="left" w:pos="2477"/>
        </w:tabs>
        <w:ind w:left="2160" w:hanging="180"/>
      </w:pPr>
      <w:r>
        <w:t>5.4.2.</w:t>
      </w:r>
      <w:r>
        <w:tab/>
        <w:t>Shall attend welfare training provided by the Guild and be responsible for organising welfare training for other committee members;</w:t>
      </w:r>
    </w:p>
    <w:p w14:paraId="717A8316" w14:textId="77777777" w:rsidR="007C4269" w:rsidRDefault="00000000">
      <w:pPr>
        <w:tabs>
          <w:tab w:val="left" w:pos="2477"/>
        </w:tabs>
        <w:ind w:left="2160" w:hanging="180"/>
      </w:pPr>
      <w:r>
        <w:t>5.4.3.</w:t>
      </w:r>
      <w:r>
        <w:tab/>
        <w:t>Shall support the Intervarsity team with enforcement of the society’s equity policy; and, support the Social Secretaries with maintaining decorum at social events.</w:t>
      </w:r>
    </w:p>
    <w:p w14:paraId="0403E3B9" w14:textId="77777777" w:rsidR="007C4269" w:rsidRDefault="00000000">
      <w:pPr>
        <w:ind w:left="1440" w:hanging="360"/>
      </w:pPr>
      <w:r>
        <w:t>5.5.</w:t>
      </w:r>
      <w:r>
        <w:tab/>
        <w:t>Chairperson:</w:t>
      </w:r>
    </w:p>
    <w:p w14:paraId="2443E615" w14:textId="77777777" w:rsidR="007C4269" w:rsidRDefault="00000000">
      <w:pPr>
        <w:tabs>
          <w:tab w:val="left" w:pos="2477"/>
        </w:tabs>
        <w:ind w:left="2160" w:hanging="180"/>
      </w:pPr>
      <w:r>
        <w:t>5.5.1.</w:t>
      </w:r>
      <w:r>
        <w:tab/>
        <w:t>Shall organise regular “show debates” during Term Time. These events shall ordinarily consist of a panel of invited speakers selected on the basis of relevant expertise, experience, or authority to speak on the topic. The Chairperson may additionally organise lectures, discussion panels, or similar audience-focused events;</w:t>
      </w:r>
    </w:p>
    <w:p w14:paraId="5BDE7E1B" w14:textId="77777777" w:rsidR="007C4269" w:rsidRDefault="00000000">
      <w:pPr>
        <w:tabs>
          <w:tab w:val="left" w:pos="2477"/>
        </w:tabs>
        <w:ind w:left="2160" w:hanging="180"/>
      </w:pPr>
      <w:r>
        <w:t>5.5.2.</w:t>
      </w:r>
      <w:r>
        <w:tab/>
        <w:t>Shall take reasonable steps to ensure panels present a fair and good-faith representation of relevant viewpoints, recognising that strict parity is not always practicable;</w:t>
      </w:r>
    </w:p>
    <w:p w14:paraId="0198C0C8" w14:textId="77777777" w:rsidR="007C4269" w:rsidRDefault="00000000">
      <w:pPr>
        <w:tabs>
          <w:tab w:val="left" w:pos="2477"/>
        </w:tabs>
        <w:ind w:left="2160" w:hanging="180"/>
      </w:pPr>
      <w:r>
        <w:t>5.5.3.</w:t>
      </w:r>
      <w:r>
        <w:tab/>
        <w:t>Shall be responsible for ensuring that all such events are conducted in accordance with the Society’s values, code of conduct, and equity policy;</w:t>
      </w:r>
    </w:p>
    <w:p w14:paraId="5C286C81" w14:textId="77777777" w:rsidR="007C4269" w:rsidRDefault="00000000">
      <w:pPr>
        <w:tabs>
          <w:tab w:val="left" w:pos="2477"/>
        </w:tabs>
        <w:ind w:left="2160" w:hanging="180"/>
      </w:pPr>
      <w:r>
        <w:t>5.5.4.</w:t>
      </w:r>
      <w:r>
        <w:tab/>
        <w:t>Shall propose the motion (topic) for each debate. The proposed motion must be presented to the Committee in advance.</w:t>
      </w:r>
    </w:p>
    <w:p w14:paraId="15D78561" w14:textId="77777777" w:rsidR="007C4269" w:rsidRDefault="00000000">
      <w:pPr>
        <w:tabs>
          <w:tab w:val="left" w:pos="3283"/>
        </w:tabs>
        <w:ind w:left="2880" w:hanging="360"/>
      </w:pPr>
      <w:r>
        <w:t>a)</w:t>
      </w:r>
      <w:r>
        <w:tab/>
        <w:t>If a simple majority of voting Committee members formally object on reasonable grounds relating to safety, legality, reputational risk, or serious imbalance, the Chairperson shall propose a revised motion;</w:t>
      </w:r>
    </w:p>
    <w:p w14:paraId="0824AA7D" w14:textId="77777777" w:rsidR="007C4269" w:rsidRDefault="00000000">
      <w:pPr>
        <w:tabs>
          <w:tab w:val="left" w:pos="3283"/>
        </w:tabs>
        <w:ind w:left="2880" w:hanging="360"/>
      </w:pPr>
      <w:r>
        <w:t>b)</w:t>
      </w:r>
      <w:r>
        <w:tab/>
        <w:t>The Committee may not dictate a specific motion but may reject proposed motions under the above criteria;</w:t>
      </w:r>
    </w:p>
    <w:p w14:paraId="01AD457F" w14:textId="77777777" w:rsidR="007C4269" w:rsidRDefault="00000000">
      <w:pPr>
        <w:tabs>
          <w:tab w:val="left" w:pos="2477"/>
        </w:tabs>
        <w:ind w:left="2160" w:hanging="180"/>
      </w:pPr>
      <w:r>
        <w:lastRenderedPageBreak/>
        <w:t>5.5.5.</w:t>
      </w:r>
      <w:r>
        <w:tab/>
        <w:t>Shall be responsible for ensuring all required administrative procedures for external speaker events are completed, including risk assessments and any requirements imposed by the Students’ Union or venue;</w:t>
      </w:r>
    </w:p>
    <w:p w14:paraId="6F4FC292" w14:textId="77777777" w:rsidR="007C4269" w:rsidRDefault="00000000">
      <w:pPr>
        <w:tabs>
          <w:tab w:val="left" w:pos="2477"/>
        </w:tabs>
        <w:ind w:left="2160" w:hanging="180"/>
      </w:pPr>
      <w:r>
        <w:t>5.5.6.</w:t>
      </w:r>
      <w:r>
        <w:tab/>
        <w:t>Shall chair and moderate debates, remaining personally impartial while exercising discretion necessary to maintain order, equity, and safety. The Chairperson shall have authority to:</w:t>
      </w:r>
    </w:p>
    <w:p w14:paraId="61E8460A" w14:textId="77777777" w:rsidR="007C4269" w:rsidRDefault="00000000">
      <w:pPr>
        <w:tabs>
          <w:tab w:val="left" w:pos="3283"/>
        </w:tabs>
        <w:ind w:left="2880" w:hanging="360"/>
      </w:pPr>
      <w:r>
        <w:t>a)</w:t>
      </w:r>
      <w:r>
        <w:tab/>
        <w:t>issue warnings to speakers or audience members;</w:t>
      </w:r>
    </w:p>
    <w:p w14:paraId="26D3C6E0" w14:textId="77777777" w:rsidR="007C4269" w:rsidRDefault="00000000">
      <w:pPr>
        <w:tabs>
          <w:tab w:val="left" w:pos="3283"/>
        </w:tabs>
        <w:ind w:left="2880" w:hanging="360"/>
      </w:pPr>
      <w:r>
        <w:t>b)</w:t>
      </w:r>
      <w:r>
        <w:tab/>
        <w:t>limit speaking time;</w:t>
      </w:r>
    </w:p>
    <w:p w14:paraId="25813FAA" w14:textId="77777777" w:rsidR="007C4269" w:rsidRDefault="00000000">
      <w:pPr>
        <w:tabs>
          <w:tab w:val="left" w:pos="3283"/>
        </w:tabs>
        <w:ind w:left="2880" w:hanging="360"/>
      </w:pPr>
      <w:r>
        <w:t>c)</w:t>
      </w:r>
      <w:r>
        <w:tab/>
        <w:t>pause proceedings;</w:t>
      </w:r>
    </w:p>
    <w:p w14:paraId="6A7430C0" w14:textId="77777777" w:rsidR="007C4269" w:rsidRDefault="00000000">
      <w:pPr>
        <w:tabs>
          <w:tab w:val="left" w:pos="3283"/>
        </w:tabs>
        <w:ind w:left="2880" w:hanging="360"/>
      </w:pPr>
      <w:r>
        <w:t>d)</w:t>
      </w:r>
      <w:r>
        <w:tab/>
        <w:t>remove participants whose conduct breaches Society rules or event conditions;</w:t>
      </w:r>
    </w:p>
    <w:p w14:paraId="067F2758" w14:textId="77777777" w:rsidR="007C4269" w:rsidRDefault="00000000">
      <w:pPr>
        <w:tabs>
          <w:tab w:val="left" w:pos="2477"/>
        </w:tabs>
        <w:ind w:left="2160" w:hanging="180"/>
      </w:pPr>
      <w:r>
        <w:t>5.5.7.</w:t>
      </w:r>
      <w:r>
        <w:tab/>
        <w:t>Shall ensure the audience is given a reasonable opportunity to ask questions, subject to time constraints and orderly conduct;</w:t>
      </w:r>
    </w:p>
    <w:p w14:paraId="57151C88" w14:textId="77777777" w:rsidR="007C4269" w:rsidRDefault="00000000">
      <w:pPr>
        <w:tabs>
          <w:tab w:val="left" w:pos="2477"/>
        </w:tabs>
        <w:ind w:left="2160" w:hanging="180"/>
      </w:pPr>
      <w:r>
        <w:t>5.5.8.</w:t>
      </w:r>
      <w:r>
        <w:tab/>
        <w:t>Shall have final procedural authority during the event itself, except where overridden by Students’ Union policy, law, or a safety decision made by venue staff;</w:t>
      </w:r>
    </w:p>
    <w:p w14:paraId="5FF464C5" w14:textId="77777777" w:rsidR="007C4269" w:rsidRDefault="00000000">
      <w:pPr>
        <w:tabs>
          <w:tab w:val="left" w:pos="2477"/>
        </w:tabs>
        <w:ind w:left="2160" w:hanging="180"/>
      </w:pPr>
      <w:r>
        <w:t>5.5.9.</w:t>
      </w:r>
      <w:r>
        <w:tab/>
        <w:t>May delegate administrative tasks but shall retain overall responsibility for the proper conduct of the event.</w:t>
      </w:r>
    </w:p>
    <w:p w14:paraId="3DCAD1D4" w14:textId="77777777" w:rsidR="007C4269" w:rsidRDefault="00000000">
      <w:pPr>
        <w:ind w:left="1440" w:hanging="360"/>
      </w:pPr>
      <w:r>
        <w:t>5.6.</w:t>
      </w:r>
      <w:r>
        <w:tab/>
        <w:t>Operations Officer(s):</w:t>
      </w:r>
    </w:p>
    <w:p w14:paraId="28E079F3" w14:textId="77777777" w:rsidR="007C4269" w:rsidRDefault="00000000">
      <w:pPr>
        <w:tabs>
          <w:tab w:val="left" w:pos="2477"/>
        </w:tabs>
        <w:ind w:left="2160" w:hanging="180"/>
      </w:pPr>
      <w:r>
        <w:t>5.6.1.</w:t>
      </w:r>
      <w:r>
        <w:tab/>
        <w:t>Shall ensure the smooth running of show debate events, including help with set-up of the room, tech support, and ticket checking;</w:t>
      </w:r>
    </w:p>
    <w:p w14:paraId="46B32124" w14:textId="77777777" w:rsidR="007C4269" w:rsidRDefault="00000000">
      <w:pPr>
        <w:tabs>
          <w:tab w:val="left" w:pos="2477"/>
        </w:tabs>
        <w:ind w:left="2160" w:hanging="180"/>
      </w:pPr>
      <w:r>
        <w:t>5.6.2.</w:t>
      </w:r>
      <w:r>
        <w:tab/>
        <w:t>Shall assist Chairs in managing external speakers at show debate events, including taking speakers to and from the speaker room and main debate room, guiding speakers around campus and escorting speakers off campus;</w:t>
      </w:r>
    </w:p>
    <w:p w14:paraId="610B2EF4" w14:textId="77777777" w:rsidR="007C4269" w:rsidRDefault="00000000">
      <w:pPr>
        <w:tabs>
          <w:tab w:val="left" w:pos="2477"/>
        </w:tabs>
        <w:ind w:left="2160" w:hanging="180"/>
      </w:pPr>
      <w:r>
        <w:t>5.6.3.</w:t>
      </w:r>
      <w:r>
        <w:tab/>
        <w:t>Shall be responsible for managing the DebSoc website;</w:t>
      </w:r>
    </w:p>
    <w:p w14:paraId="05152E6C" w14:textId="77777777" w:rsidR="007C4269" w:rsidRDefault="00000000">
      <w:pPr>
        <w:tabs>
          <w:tab w:val="left" w:pos="2477"/>
        </w:tabs>
        <w:ind w:left="2160" w:hanging="180"/>
      </w:pPr>
      <w:r>
        <w:t>5.6.4.</w:t>
      </w:r>
      <w:r>
        <w:tab/>
        <w:t>Shall be responsible for the creation of the presentation and voting system for show debates, via platforms such as Canva and Menti.</w:t>
      </w:r>
    </w:p>
    <w:p w14:paraId="18A2884E" w14:textId="77777777" w:rsidR="007C4269" w:rsidRDefault="00000000">
      <w:pPr>
        <w:ind w:left="1440" w:hanging="360"/>
      </w:pPr>
      <w:r>
        <w:t>5.7.</w:t>
      </w:r>
      <w:r>
        <w:tab/>
        <w:t>Intervarsity Officer:</w:t>
      </w:r>
    </w:p>
    <w:p w14:paraId="2E53CC1D" w14:textId="77777777" w:rsidR="007C4269" w:rsidRDefault="00000000">
      <w:pPr>
        <w:tabs>
          <w:tab w:val="left" w:pos="2477"/>
        </w:tabs>
        <w:ind w:left="2160" w:hanging="180"/>
      </w:pPr>
      <w:r>
        <w:t>5.7.1.</w:t>
      </w:r>
      <w:r>
        <w:tab/>
        <w:t>Shall have responsibility for organising and facilitating debating competitions held by the society including both internal competitions and those attended by other debating societies;</w:t>
      </w:r>
    </w:p>
    <w:p w14:paraId="5FCA3BB7" w14:textId="77777777" w:rsidR="007C4269" w:rsidRDefault="00000000">
      <w:pPr>
        <w:tabs>
          <w:tab w:val="left" w:pos="2477"/>
        </w:tabs>
        <w:ind w:left="2160" w:hanging="180"/>
      </w:pPr>
      <w:r>
        <w:t>5.7.2.</w:t>
      </w:r>
      <w:r>
        <w:tab/>
        <w:t>Shall ensure, that the society retains a strong image on the competition circuit;</w:t>
      </w:r>
    </w:p>
    <w:p w14:paraId="6C61CABF" w14:textId="77777777" w:rsidR="007C4269" w:rsidRDefault="00000000">
      <w:pPr>
        <w:tabs>
          <w:tab w:val="left" w:pos="2477"/>
        </w:tabs>
        <w:ind w:left="2160" w:hanging="180"/>
      </w:pPr>
      <w:r>
        <w:lastRenderedPageBreak/>
        <w:t>5.7.3.</w:t>
      </w:r>
      <w:r>
        <w:tab/>
        <w:t>Shall support other members of the IV team to ensure the Society’s Intervarsity program provides good value for members;</w:t>
      </w:r>
    </w:p>
    <w:p w14:paraId="7EABF778" w14:textId="77777777" w:rsidR="007C4269" w:rsidRDefault="00000000">
      <w:pPr>
        <w:tabs>
          <w:tab w:val="left" w:pos="2477"/>
        </w:tabs>
        <w:ind w:left="2160" w:hanging="180"/>
      </w:pPr>
      <w:r>
        <w:t>5.7.4.</w:t>
      </w:r>
      <w:r>
        <w:tab/>
        <w:t>Shall work with the Welfare Secretary to make and enforce an equity policy at competitions to prevent equity issues from arising; and,</w:t>
      </w:r>
    </w:p>
    <w:p w14:paraId="2641C0FD" w14:textId="77777777" w:rsidR="007C4269" w:rsidRDefault="00000000">
      <w:pPr>
        <w:tabs>
          <w:tab w:val="left" w:pos="2477"/>
        </w:tabs>
        <w:ind w:left="2160" w:hanging="180"/>
      </w:pPr>
      <w:r>
        <w:t>5.7.5.</w:t>
      </w:r>
      <w:r>
        <w:tab/>
        <w:t>Shall take the lead in running any additional workshops, e.g. pre-competition mid-week workshops, coordinating with other IV team members to do so.</w:t>
      </w:r>
    </w:p>
    <w:p w14:paraId="43957045" w14:textId="77777777" w:rsidR="007C4269" w:rsidRDefault="00000000">
      <w:pPr>
        <w:tabs>
          <w:tab w:val="left" w:pos="2477"/>
        </w:tabs>
        <w:ind w:left="2160" w:hanging="180"/>
      </w:pPr>
      <w:r>
        <w:t>5.7.6.</w:t>
      </w:r>
      <w:r>
        <w:tab/>
        <w:t>Shall ensure that the society provides an exemplary competitive debate programme by providing quality training through frequent workshops;</w:t>
      </w:r>
    </w:p>
    <w:p w14:paraId="5700D00C" w14:textId="77777777" w:rsidR="007C4269" w:rsidRDefault="00000000">
      <w:pPr>
        <w:tabs>
          <w:tab w:val="left" w:pos="2477"/>
        </w:tabs>
        <w:ind w:left="2160" w:hanging="180"/>
      </w:pPr>
      <w:r>
        <w:t>5.7.7.</w:t>
      </w:r>
      <w:r>
        <w:tab/>
        <w:t>Shall provide impartial and sound judgement in giving feedback to speakers, wings and chairs;</w:t>
      </w:r>
    </w:p>
    <w:p w14:paraId="553A330D" w14:textId="77777777" w:rsidR="007C4269" w:rsidRDefault="00000000">
      <w:pPr>
        <w:tabs>
          <w:tab w:val="left" w:pos="2477"/>
        </w:tabs>
        <w:ind w:left="2160" w:hanging="180"/>
      </w:pPr>
      <w:r>
        <w:t>5.7.8.</w:t>
      </w:r>
      <w:r>
        <w:tab/>
        <w:t>Shall support other members of the IV team to ensure the Society’s Intervarsity program provides good value for members; and,</w:t>
      </w:r>
    </w:p>
    <w:p w14:paraId="34C559A2" w14:textId="77777777" w:rsidR="007C4269" w:rsidRDefault="00000000">
      <w:pPr>
        <w:tabs>
          <w:tab w:val="left" w:pos="2477"/>
        </w:tabs>
        <w:ind w:left="2160" w:hanging="180"/>
      </w:pPr>
      <w:r>
        <w:t>5.7.9.</w:t>
      </w:r>
      <w:r>
        <w:tab/>
        <w:t>Shall ensure that the training programme reflects the needs of the society’s competitions team.</w:t>
      </w:r>
    </w:p>
    <w:p w14:paraId="120C6283" w14:textId="77777777" w:rsidR="007C4269" w:rsidRDefault="00000000">
      <w:pPr>
        <w:tabs>
          <w:tab w:val="left" w:pos="3283"/>
        </w:tabs>
        <w:ind w:left="2880" w:hanging="360"/>
      </w:pPr>
      <w:r>
        <w:t>5.7.9.1.</w:t>
      </w:r>
      <w:r>
        <w:tab/>
        <w:t>Shall ensure that the society maintains a strong presence on the competitive debate circuit by ensuring the society’s attendance at a wide variety of competitions;</w:t>
      </w:r>
    </w:p>
    <w:p w14:paraId="002BFA16" w14:textId="77777777" w:rsidR="007C4269" w:rsidRDefault="00000000">
      <w:pPr>
        <w:tabs>
          <w:tab w:val="left" w:pos="3283"/>
        </w:tabs>
        <w:ind w:left="2880" w:hanging="360"/>
      </w:pPr>
      <w:r>
        <w:t>5.7.9.2.</w:t>
      </w:r>
      <w:r>
        <w:tab/>
        <w:t>Shall ensure that every member who wishes has a chance of competing (by speaking or judging) at a debate competition;</w:t>
      </w:r>
    </w:p>
    <w:p w14:paraId="3225BDD6" w14:textId="77777777" w:rsidR="007C4269" w:rsidRDefault="00000000">
      <w:pPr>
        <w:tabs>
          <w:tab w:val="left" w:pos="3283"/>
        </w:tabs>
        <w:ind w:left="2880" w:hanging="360"/>
      </w:pPr>
      <w:r>
        <w:t>5.7.9.3.</w:t>
      </w:r>
      <w:r>
        <w:tab/>
        <w:t>Shall ensure that the selection of teams and judges for competitions is based on merit;</w:t>
      </w:r>
    </w:p>
    <w:p w14:paraId="6CF09C26" w14:textId="77777777" w:rsidR="007C4269" w:rsidRDefault="00000000">
      <w:pPr>
        <w:tabs>
          <w:tab w:val="left" w:pos="3283"/>
        </w:tabs>
        <w:ind w:left="2880" w:hanging="360"/>
      </w:pPr>
      <w:r>
        <w:t>5.7.9.4.</w:t>
      </w:r>
      <w:r>
        <w:tab/>
        <w:t>Shall ensure that the competitions attended reflect the ability of the current competitive debate team; and,</w:t>
      </w:r>
    </w:p>
    <w:p w14:paraId="65A34B20" w14:textId="77777777" w:rsidR="007C4269" w:rsidRDefault="00000000">
      <w:pPr>
        <w:tabs>
          <w:tab w:val="left" w:pos="3283"/>
        </w:tabs>
        <w:ind w:left="2880" w:hanging="360"/>
      </w:pPr>
      <w:r>
        <w:t>5.7.9.5.</w:t>
      </w:r>
      <w:r>
        <w:tab/>
        <w:t>Shall support other members of the IV team to ensure the Society’s Intervarsity program provides good value for members;</w:t>
      </w:r>
    </w:p>
    <w:p w14:paraId="4485E510" w14:textId="77777777" w:rsidR="007C4269" w:rsidRDefault="00000000">
      <w:pPr>
        <w:ind w:left="1440" w:hanging="360"/>
      </w:pPr>
      <w:r>
        <w:t>5.8.</w:t>
      </w:r>
      <w:r>
        <w:tab/>
        <w:t>Outreach Officer:</w:t>
      </w:r>
    </w:p>
    <w:p w14:paraId="5FB179DE" w14:textId="77777777" w:rsidR="007C4269" w:rsidRDefault="00000000">
      <w:pPr>
        <w:tabs>
          <w:tab w:val="left" w:pos="2477"/>
        </w:tabs>
        <w:ind w:left="2160" w:hanging="180"/>
      </w:pPr>
      <w:r>
        <w:t>5.8.1.</w:t>
      </w:r>
      <w:r>
        <w:tab/>
        <w:t>Shall be responsible for communications with other student societies on topics of collaborations during show debates, socials and debate workshops;</w:t>
      </w:r>
    </w:p>
    <w:p w14:paraId="369D186F" w14:textId="77777777" w:rsidR="007C4269" w:rsidRDefault="00000000">
      <w:pPr>
        <w:tabs>
          <w:tab w:val="left" w:pos="2477"/>
        </w:tabs>
        <w:ind w:left="2160" w:hanging="180"/>
      </w:pPr>
      <w:r>
        <w:t>5.8.2.</w:t>
      </w:r>
      <w:r>
        <w:tab/>
        <w:t>Shall be responsible alongside the Treasurer for finding and contacting potential external and internal sponsors for DebSoc;</w:t>
      </w:r>
    </w:p>
    <w:p w14:paraId="43BF2B8C" w14:textId="77777777" w:rsidR="007C4269" w:rsidRDefault="00000000">
      <w:pPr>
        <w:tabs>
          <w:tab w:val="left" w:pos="2477"/>
        </w:tabs>
        <w:ind w:left="2160" w:hanging="180"/>
      </w:pPr>
      <w:r>
        <w:t>5.8.3.</w:t>
      </w:r>
      <w:r>
        <w:tab/>
        <w:t>Shall assist and guide those external to the society, including show debate speakers, other society’s committee and members and sponsors at DebSoc events;</w:t>
      </w:r>
    </w:p>
    <w:p w14:paraId="17F66FCE" w14:textId="77777777" w:rsidR="007C4269" w:rsidRDefault="00000000">
      <w:pPr>
        <w:ind w:left="1440" w:hanging="360"/>
      </w:pPr>
      <w:r>
        <w:lastRenderedPageBreak/>
        <w:t>5.9.</w:t>
      </w:r>
      <w:r>
        <w:tab/>
        <w:t>Intervarsity Junior Officer:</w:t>
      </w:r>
    </w:p>
    <w:p w14:paraId="642BF26C" w14:textId="77777777" w:rsidR="007C4269" w:rsidRDefault="00000000">
      <w:pPr>
        <w:tabs>
          <w:tab w:val="left" w:pos="2477"/>
        </w:tabs>
        <w:ind w:left="2160" w:hanging="180"/>
      </w:pPr>
      <w:r>
        <w:t>5.9.1.</w:t>
      </w:r>
      <w:r>
        <w:tab/>
        <w:t>Shall assist the IV Officer in organising and facilitating debating competitions held by the society, including both internal competitions and those attended by other debating societies;</w:t>
      </w:r>
    </w:p>
    <w:p w14:paraId="0500091B" w14:textId="77777777" w:rsidR="007C4269" w:rsidRDefault="00000000">
      <w:pPr>
        <w:tabs>
          <w:tab w:val="left" w:pos="2477"/>
        </w:tabs>
        <w:ind w:left="2160" w:hanging="180"/>
      </w:pPr>
      <w:r>
        <w:t>5.9.2.</w:t>
      </w:r>
      <w:r>
        <w:tab/>
        <w:t>Shall support the Society’s presence and reputation on the competition circuit, including assisting with communication with external societies where appropriate;</w:t>
      </w:r>
    </w:p>
    <w:p w14:paraId="6D6A0B8D" w14:textId="77777777" w:rsidR="007C4269" w:rsidRDefault="00000000">
      <w:pPr>
        <w:tabs>
          <w:tab w:val="left" w:pos="2477"/>
        </w:tabs>
        <w:ind w:left="2160" w:hanging="180"/>
      </w:pPr>
      <w:r>
        <w:t>5.9.3.</w:t>
      </w:r>
      <w:r>
        <w:tab/>
        <w:t>Shall assist in coordinating attendance at intervarsity competitions, including managing sign-ups, travel logistics, and dissemination of competition information to members;</w:t>
      </w:r>
    </w:p>
    <w:p w14:paraId="184A09A6" w14:textId="77777777" w:rsidR="007C4269" w:rsidRDefault="00000000">
      <w:pPr>
        <w:tabs>
          <w:tab w:val="left" w:pos="2477"/>
        </w:tabs>
        <w:ind w:left="2160" w:hanging="180"/>
      </w:pPr>
      <w:r>
        <w:t>5.9.4.</w:t>
      </w:r>
      <w:r>
        <w:tab/>
        <w:t>Shall support the implementation and enforcement of the Society’s equity policy at competitions in coordination with the Welfare Secretary and IV Officer;</w:t>
      </w:r>
    </w:p>
    <w:p w14:paraId="6B60EEA8" w14:textId="77777777" w:rsidR="007C4269" w:rsidRDefault="00000000">
      <w:pPr>
        <w:tabs>
          <w:tab w:val="left" w:pos="2477"/>
        </w:tabs>
        <w:ind w:left="2160" w:hanging="180"/>
      </w:pPr>
      <w:r>
        <w:t>5.9.5.</w:t>
      </w:r>
      <w:r>
        <w:tab/>
        <w:t>Shall assist in organising and delivering training sessions and workshops, including pre-competition preparation sessions;</w:t>
      </w:r>
    </w:p>
    <w:p w14:paraId="00B09C92" w14:textId="77777777" w:rsidR="007C4269" w:rsidRDefault="00000000">
      <w:pPr>
        <w:tabs>
          <w:tab w:val="left" w:pos="2477"/>
        </w:tabs>
        <w:ind w:left="2160" w:hanging="180"/>
      </w:pPr>
      <w:r>
        <w:t>5.9.6.</w:t>
      </w:r>
      <w:r>
        <w:tab/>
        <w:t>Shall provide constructive feedback to speakers, wings and chairs under the guidance of the IV Officer;</w:t>
      </w:r>
    </w:p>
    <w:p w14:paraId="12733222" w14:textId="77777777" w:rsidR="007C4269" w:rsidRDefault="00000000">
      <w:pPr>
        <w:tabs>
          <w:tab w:val="left" w:pos="2477"/>
        </w:tabs>
        <w:ind w:left="2160" w:hanging="180"/>
      </w:pPr>
      <w:r>
        <w:t>5.9.7.</w:t>
      </w:r>
      <w:r>
        <w:tab/>
        <w:t>Shall support accessibility to competitions by helping ensure members who wish to participate have the opportunity to do so;</w:t>
      </w:r>
    </w:p>
    <w:p w14:paraId="6856F274" w14:textId="77777777" w:rsidR="007C4269" w:rsidRDefault="00000000">
      <w:pPr>
        <w:tabs>
          <w:tab w:val="left" w:pos="2477"/>
        </w:tabs>
        <w:ind w:left="2160" w:hanging="180"/>
      </w:pPr>
      <w:r>
        <w:t>5.9.8.</w:t>
      </w:r>
      <w:r>
        <w:tab/>
        <w:t>Shall assist with administrative processes related to team and judge selection as directed by the IV Officer;</w:t>
      </w:r>
    </w:p>
    <w:p w14:paraId="6AA04902" w14:textId="77777777" w:rsidR="007C4269" w:rsidRDefault="00000000">
      <w:pPr>
        <w:tabs>
          <w:tab w:val="left" w:pos="2477"/>
        </w:tabs>
        <w:ind w:left="2160" w:hanging="180"/>
      </w:pPr>
      <w:r>
        <w:t>5.9.9.</w:t>
      </w:r>
      <w:r>
        <w:tab/>
        <w:t>Shall liaise with members of the IV team to support the Society’s Intervarsity programme and ensure good value for members;</w:t>
      </w:r>
    </w:p>
    <w:p w14:paraId="221DB36F" w14:textId="77777777" w:rsidR="007C4269" w:rsidRDefault="00000000">
      <w:pPr>
        <w:tabs>
          <w:tab w:val="left" w:pos="2477"/>
        </w:tabs>
        <w:ind w:left="2160" w:hanging="180"/>
      </w:pPr>
      <w:r>
        <w:t>5.9.10.</w:t>
      </w:r>
      <w:r>
        <w:tab/>
        <w:t>Shall undertake additional responsibilities delegated by the IV Officer to support the effective running of the Society’s competitive debating programme.</w:t>
      </w:r>
    </w:p>
    <w:p w14:paraId="68797DC4" w14:textId="77777777" w:rsidR="007C4269" w:rsidRDefault="00000000">
      <w:pPr>
        <w:ind w:left="1440" w:hanging="360"/>
      </w:pPr>
      <w:r>
        <w:t>5.10.</w:t>
      </w:r>
      <w:r>
        <w:tab/>
        <w:t>Publicity Officer:</w:t>
      </w:r>
    </w:p>
    <w:p w14:paraId="17DABD3E" w14:textId="77777777" w:rsidR="007C4269" w:rsidRDefault="00000000">
      <w:pPr>
        <w:tabs>
          <w:tab w:val="left" w:pos="2477"/>
        </w:tabs>
        <w:ind w:left="2160" w:hanging="180"/>
      </w:pPr>
      <w:r>
        <w:t>5.10.1.</w:t>
      </w:r>
      <w:r>
        <w:tab/>
        <w:t>Shall ensure that society events are publicised in a timely manner;</w:t>
      </w:r>
    </w:p>
    <w:p w14:paraId="3D9AC2B9" w14:textId="77777777" w:rsidR="007C4269" w:rsidRDefault="00000000">
      <w:pPr>
        <w:tabs>
          <w:tab w:val="left" w:pos="2477"/>
        </w:tabs>
        <w:ind w:left="2160" w:hanging="180"/>
      </w:pPr>
      <w:r>
        <w:t>5.10.2.</w:t>
      </w:r>
      <w:r>
        <w:tab/>
        <w:t>Shall be responsible for the maintenance of any social media pages and other outlets related to the society (bar YouTube) including answering messages when appropriate; and,</w:t>
      </w:r>
    </w:p>
    <w:p w14:paraId="752D0CD1" w14:textId="77777777" w:rsidR="007C4269" w:rsidRDefault="00000000">
      <w:pPr>
        <w:tabs>
          <w:tab w:val="left" w:pos="2477"/>
        </w:tabs>
        <w:ind w:left="2160" w:hanging="180"/>
      </w:pPr>
      <w:r>
        <w:t>5.10.3.</w:t>
      </w:r>
      <w:r>
        <w:tab/>
        <w:t>Shall create publicity materials for all events that the society runs.</w:t>
      </w:r>
    </w:p>
    <w:p w14:paraId="5C51B76B" w14:textId="77777777" w:rsidR="007C4269" w:rsidRDefault="00000000">
      <w:pPr>
        <w:ind w:left="1440" w:hanging="360"/>
      </w:pPr>
      <w:r>
        <w:t>5.11.</w:t>
      </w:r>
      <w:r>
        <w:tab/>
        <w:t>Debate Technical Officer:</w:t>
      </w:r>
    </w:p>
    <w:p w14:paraId="45F669B3" w14:textId="77777777" w:rsidR="007C4269" w:rsidRDefault="00000000">
      <w:pPr>
        <w:tabs>
          <w:tab w:val="left" w:pos="2477"/>
        </w:tabs>
        <w:ind w:left="2160" w:hanging="180"/>
      </w:pPr>
      <w:r>
        <w:t>5.11.1.</w:t>
      </w:r>
      <w:r>
        <w:tab/>
        <w:t>Shall be responsible for the maintenance and safeguarding of the society’s recording equipment;</w:t>
      </w:r>
    </w:p>
    <w:p w14:paraId="1941CC19" w14:textId="77777777" w:rsidR="007C4269" w:rsidRDefault="00000000">
      <w:pPr>
        <w:tabs>
          <w:tab w:val="left" w:pos="2477"/>
        </w:tabs>
        <w:ind w:left="2160" w:hanging="180"/>
      </w:pPr>
      <w:r>
        <w:lastRenderedPageBreak/>
        <w:t>5.11.2.</w:t>
      </w:r>
      <w:r>
        <w:tab/>
        <w:t>Shall be responsible for the recording of Friday show debates and other speaker events as well as recording other videos as needed;</w:t>
      </w:r>
    </w:p>
    <w:p w14:paraId="0C3FAD48" w14:textId="77777777" w:rsidR="007C4269" w:rsidRDefault="00000000">
      <w:pPr>
        <w:tabs>
          <w:tab w:val="left" w:pos="2477"/>
        </w:tabs>
        <w:ind w:left="2160" w:hanging="180"/>
      </w:pPr>
      <w:r>
        <w:t>5.11.3.</w:t>
      </w:r>
      <w:r>
        <w:tab/>
        <w:t>Shall be responsible for the prompt editing and uploading of said recordings, and</w:t>
      </w:r>
    </w:p>
    <w:p w14:paraId="01E7609A" w14:textId="77777777" w:rsidR="007C4269" w:rsidRDefault="00000000">
      <w:pPr>
        <w:tabs>
          <w:tab w:val="left" w:pos="2477"/>
        </w:tabs>
        <w:ind w:left="2160" w:hanging="180"/>
      </w:pPr>
      <w:r>
        <w:t>5.11.4.</w:t>
      </w:r>
      <w:r>
        <w:tab/>
        <w:t>Shall be responsible for the maintenance and moderation of the YouTube channel, including responding to comments when appropriate.</w:t>
      </w:r>
    </w:p>
    <w:p w14:paraId="2471A553" w14:textId="77777777" w:rsidR="007C4269" w:rsidRDefault="00000000">
      <w:pPr>
        <w:ind w:left="1440" w:hanging="360"/>
      </w:pPr>
      <w:r>
        <w:t>5.12.</w:t>
      </w:r>
      <w:r>
        <w:tab/>
        <w:t>Social Secretary(/ies):</w:t>
      </w:r>
    </w:p>
    <w:p w14:paraId="36E02F88" w14:textId="77777777" w:rsidR="007C4269" w:rsidRDefault="00000000">
      <w:pPr>
        <w:tabs>
          <w:tab w:val="left" w:pos="2477"/>
        </w:tabs>
        <w:ind w:left="2160" w:hanging="180"/>
      </w:pPr>
      <w:r>
        <w:t>5.12.1.</w:t>
      </w:r>
      <w:r>
        <w:tab/>
        <w:t>Shall be responsible for organising various social events for the society, which should be varied and may be debating related or not; and,</w:t>
      </w:r>
    </w:p>
    <w:p w14:paraId="518C3EBC" w14:textId="77777777" w:rsidR="007C4269" w:rsidRDefault="00000000">
      <w:pPr>
        <w:tabs>
          <w:tab w:val="left" w:pos="2477"/>
        </w:tabs>
        <w:ind w:left="2160" w:hanging="180"/>
      </w:pPr>
      <w:r>
        <w:t>5.12.2.</w:t>
      </w:r>
      <w:r>
        <w:tab/>
        <w:t>Shall be responsible for ensuring members remain safe and well during social events.</w:t>
      </w:r>
    </w:p>
    <w:p w14:paraId="0C4F9355" w14:textId="77777777" w:rsidR="007C4269" w:rsidRDefault="00000000">
      <w:pPr>
        <w:ind w:left="1440" w:hanging="360"/>
      </w:pPr>
      <w:r>
        <w:t>5.13.</w:t>
      </w:r>
      <w:r>
        <w:tab/>
        <w:t>Freshers’ Representative:</w:t>
      </w:r>
    </w:p>
    <w:p w14:paraId="63D3DFF8" w14:textId="77777777" w:rsidR="007C4269" w:rsidRDefault="00000000">
      <w:pPr>
        <w:tabs>
          <w:tab w:val="left" w:pos="2477"/>
        </w:tabs>
        <w:ind w:left="2160" w:hanging="180"/>
      </w:pPr>
      <w:r>
        <w:t>5.13.1.</w:t>
      </w:r>
      <w:r>
        <w:tab/>
        <w:t>Shall be the representative of the first year and new society members on Committee;</w:t>
      </w:r>
    </w:p>
    <w:p w14:paraId="524420DB" w14:textId="77777777" w:rsidR="007C4269" w:rsidRDefault="00000000">
      <w:pPr>
        <w:tabs>
          <w:tab w:val="left" w:pos="2477"/>
        </w:tabs>
        <w:ind w:left="2160" w:hanging="180"/>
      </w:pPr>
      <w:r>
        <w:t>5.13.2.</w:t>
      </w:r>
      <w:r>
        <w:tab/>
        <w:t xml:space="preserve">May be assigned other responsibilities by the committee in order </w:t>
      </w:r>
      <w:proofErr w:type="gramStart"/>
      <w:r>
        <w:t>To</w:t>
      </w:r>
      <w:proofErr w:type="gramEnd"/>
      <w:r>
        <w:t xml:space="preserve"> help them prepare for further elected committee roles.</w:t>
      </w:r>
    </w:p>
    <w:p w14:paraId="6CF191C8" w14:textId="4AD9C3DE" w:rsidR="00D62482" w:rsidRDefault="00D62482" w:rsidP="00D62482">
      <w:pPr>
        <w:ind w:left="1440" w:hanging="360"/>
      </w:pPr>
      <w:r>
        <w:t>5.14.</w:t>
      </w:r>
      <w:r>
        <w:tab/>
        <w:t>Media Secretary:</w:t>
      </w:r>
    </w:p>
    <w:p w14:paraId="0A728678" w14:textId="0DFF9C6A" w:rsidR="00D62482" w:rsidRDefault="00D62482" w:rsidP="00D62482">
      <w:pPr>
        <w:tabs>
          <w:tab w:val="left" w:pos="2477"/>
        </w:tabs>
        <w:ind w:left="2160" w:hanging="180"/>
      </w:pPr>
      <w:r>
        <w:t>5.14.1.</w:t>
      </w:r>
      <w:r>
        <w:tab/>
      </w:r>
      <w:proofErr w:type="gramStart"/>
      <w:r>
        <w:t>Shall</w:t>
      </w:r>
      <w:proofErr w:type="gramEnd"/>
      <w:r>
        <w:t xml:space="preserve"> ensure that videos of the Union’s events are posted in a timely manner on the relevant social media platforms;</w:t>
      </w:r>
    </w:p>
    <w:p w14:paraId="3DB81AD6" w14:textId="777B3033" w:rsidR="00D62482" w:rsidRDefault="00D62482" w:rsidP="00D62482">
      <w:pPr>
        <w:tabs>
          <w:tab w:val="left" w:pos="2477"/>
        </w:tabs>
        <w:ind w:left="2160" w:hanging="180"/>
      </w:pPr>
      <w:r>
        <w:t>5.14.2.      Shall edit the raw audio and video of the Union’s events in a way that best represents the society and its guests</w:t>
      </w:r>
    </w:p>
    <w:p w14:paraId="313F06F4" w14:textId="2475F33D" w:rsidR="00D62482" w:rsidRDefault="00D62482" w:rsidP="00D62482">
      <w:pPr>
        <w:tabs>
          <w:tab w:val="left" w:pos="2477"/>
        </w:tabs>
        <w:ind w:left="2160" w:hanging="180"/>
      </w:pPr>
      <w:r>
        <w:t>5.14.3.</w:t>
      </w:r>
      <w:r>
        <w:tab/>
        <w:t>Shall assist the Publicity officer, where required, in their duties</w:t>
      </w:r>
    </w:p>
    <w:p w14:paraId="1AAD63C0" w14:textId="77777777" w:rsidR="007C4269" w:rsidRDefault="00000000">
      <w:pPr>
        <w:spacing w:before="120"/>
        <w:ind w:left="720" w:hanging="360"/>
      </w:pPr>
      <w:r>
        <w:rPr>
          <w:b/>
        </w:rPr>
        <w:t>6.</w:t>
      </w:r>
      <w:r>
        <w:rPr>
          <w:b/>
        </w:rPr>
        <w:tab/>
        <w:t>Finance</w:t>
      </w:r>
    </w:p>
    <w:p w14:paraId="08D88FB3" w14:textId="77777777" w:rsidR="007C4269" w:rsidRDefault="00000000">
      <w:pPr>
        <w:ind w:left="1440" w:hanging="360"/>
      </w:pPr>
      <w:r>
        <w:t>6.1.</w:t>
      </w:r>
      <w:r>
        <w:tab/>
        <w:t>The society’s finances shall be administered by The Guild, on behalf of the society’s members. Such funds will be held in trust by The Guild on behalf of the society and shall not be used for purposes other than the society’s aims and objectives.</w:t>
      </w:r>
    </w:p>
    <w:p w14:paraId="770D7C6C" w14:textId="77777777" w:rsidR="007C4269" w:rsidRDefault="00000000">
      <w:pPr>
        <w:ind w:left="1440" w:hanging="360"/>
      </w:pPr>
      <w:r>
        <w:t>6.2.</w:t>
      </w:r>
      <w:r>
        <w:tab/>
        <w:t>All funds shall be used as to benefit the largest number of members possible at all times.</w:t>
      </w:r>
    </w:p>
    <w:p w14:paraId="5B6B367D" w14:textId="77777777" w:rsidR="007C4269" w:rsidRDefault="00000000">
      <w:pPr>
        <w:ind w:left="1440" w:hanging="360"/>
      </w:pPr>
      <w:r>
        <w:t>6.3.</w:t>
      </w:r>
      <w:r>
        <w:tab/>
        <w:t>Where the society is inactive, The Guild will hold funds in trust until a time when the society becomes active again or is disaffiliated from the Students’ Guild.</w:t>
      </w:r>
    </w:p>
    <w:p w14:paraId="3B1651F8" w14:textId="77777777" w:rsidR="007C4269" w:rsidRDefault="00000000">
      <w:pPr>
        <w:ind w:left="1440" w:hanging="360"/>
      </w:pPr>
      <w:r>
        <w:t>6.4.</w:t>
      </w:r>
      <w:r>
        <w:tab/>
        <w:t>The society shall follow all Guild financial guidelines, and shall ensure that all monies are handled through the respective Guild accounts.</w:t>
      </w:r>
    </w:p>
    <w:p w14:paraId="62537AE5" w14:textId="77777777" w:rsidR="007C4269" w:rsidRDefault="00000000">
      <w:pPr>
        <w:ind w:left="1440" w:hanging="360"/>
      </w:pPr>
      <w:r>
        <w:t>6.5.</w:t>
      </w:r>
      <w:r>
        <w:tab/>
        <w:t>The committee can endeavour to secure external sponsorship for the society. Any sponsorship agreement must be approved by the Activities team prior to the signing of an agreement or money being received.</w:t>
      </w:r>
    </w:p>
    <w:p w14:paraId="379EA14C" w14:textId="77777777" w:rsidR="007C4269" w:rsidRDefault="00000000">
      <w:pPr>
        <w:ind w:left="1440" w:hanging="360"/>
      </w:pPr>
      <w:r>
        <w:lastRenderedPageBreak/>
        <w:t>6.6.</w:t>
      </w:r>
      <w:r>
        <w:tab/>
        <w:t>Any equipment or other items purchased by the society using society funds shall remain property of The Guild.</w:t>
      </w:r>
    </w:p>
    <w:p w14:paraId="5B9EAEFC" w14:textId="77777777" w:rsidR="007C4269" w:rsidRDefault="00000000">
      <w:pPr>
        <w:ind w:left="1440" w:hanging="360"/>
      </w:pPr>
      <w:r>
        <w:t>6.7.</w:t>
      </w:r>
      <w:r>
        <w:tab/>
        <w:t>The group will seek advice from The Guild before it enters in to any contract or legally binding arrangement</w:t>
      </w:r>
    </w:p>
    <w:p w14:paraId="71ABD33C" w14:textId="77777777" w:rsidR="007C4269" w:rsidRDefault="00000000">
      <w:pPr>
        <w:ind w:left="1440" w:hanging="360"/>
      </w:pPr>
      <w:r>
        <w:t>6.8.</w:t>
      </w:r>
      <w:r>
        <w:tab/>
        <w:t>The group will ensure they have sufficient funds available to fund their activities and keep financial records and budgets to ensure financial, regulatory and legal compliance.</w:t>
      </w:r>
    </w:p>
    <w:p w14:paraId="67D38EE5" w14:textId="77777777" w:rsidR="007C4269" w:rsidRDefault="00000000">
      <w:pPr>
        <w:spacing w:before="120"/>
        <w:ind w:left="720" w:hanging="360"/>
      </w:pPr>
      <w:r>
        <w:rPr>
          <w:b/>
        </w:rPr>
        <w:t>7.</w:t>
      </w:r>
      <w:r>
        <w:rPr>
          <w:b/>
        </w:rPr>
        <w:tab/>
        <w:t>Safety</w:t>
      </w:r>
    </w:p>
    <w:p w14:paraId="3A1DC8D3" w14:textId="77777777" w:rsidR="007C4269" w:rsidRDefault="00000000">
      <w:pPr>
        <w:ind w:left="1440" w:hanging="360"/>
      </w:pPr>
      <w:r>
        <w:t>7.1.</w:t>
      </w:r>
      <w:r>
        <w:tab/>
        <w:t>As part of the Guild, societies are required to comply with the Guild’s safety and compliance policies. The Guild maintains oversight of society activities, and all risk assessments must be reviewed and approved before any activity can take place.</w:t>
      </w:r>
    </w:p>
    <w:p w14:paraId="23AE1421" w14:textId="77777777" w:rsidR="007C4269" w:rsidRDefault="00000000">
      <w:pPr>
        <w:ind w:left="1440" w:hanging="360"/>
      </w:pPr>
      <w:r>
        <w:t>7.2.</w:t>
      </w:r>
      <w:r>
        <w:tab/>
        <w:t>The society will follow all guidelines and policies laid down by the Activities Team and The Guild.</w:t>
      </w:r>
    </w:p>
    <w:p w14:paraId="684708C8" w14:textId="77777777" w:rsidR="007C4269" w:rsidRDefault="00000000">
      <w:pPr>
        <w:ind w:left="1440" w:hanging="360"/>
      </w:pPr>
      <w:r>
        <w:t>7.3.</w:t>
      </w:r>
      <w:r>
        <w:tab/>
        <w:t>The committee must complete their due diligence by risk-assessing all events and activities organised by them in line with Guild procedures.</w:t>
      </w:r>
    </w:p>
    <w:p w14:paraId="0828D5D9" w14:textId="77777777" w:rsidR="007C4269" w:rsidRDefault="00000000">
      <w:pPr>
        <w:ind w:left="1440" w:hanging="360"/>
      </w:pPr>
      <w:r>
        <w:t>7.4.</w:t>
      </w:r>
      <w:r>
        <w:tab/>
        <w:t>All events undertaken by the society must be submitted to and approved by the Activities Team within the stated deadlines.</w:t>
      </w:r>
    </w:p>
    <w:p w14:paraId="21A09C9B" w14:textId="77777777" w:rsidR="007C4269" w:rsidRDefault="00000000">
      <w:pPr>
        <w:spacing w:before="120"/>
        <w:ind w:left="720" w:hanging="360"/>
      </w:pPr>
      <w:r>
        <w:rPr>
          <w:b/>
        </w:rPr>
        <w:t>8.</w:t>
      </w:r>
      <w:r>
        <w:rPr>
          <w:b/>
        </w:rPr>
        <w:tab/>
        <w:t>Elections</w:t>
      </w:r>
    </w:p>
    <w:p w14:paraId="29A4B7AF" w14:textId="77777777" w:rsidR="007C4269" w:rsidRDefault="00000000">
      <w:pPr>
        <w:ind w:left="1440" w:hanging="360"/>
      </w:pPr>
      <w:r>
        <w:t>8.1.</w:t>
      </w:r>
      <w:r>
        <w:tab/>
        <w:t>The society must hold elections, in which our members elect the group’s committee to a twelve (12) month term of office, at least once a year. By-elections may be held throughout the year, when required, to fill any vacant positions for the remainder of the year.</w:t>
      </w:r>
    </w:p>
    <w:p w14:paraId="2F277217" w14:textId="77777777" w:rsidR="007C4269" w:rsidRDefault="00000000">
      <w:pPr>
        <w:ind w:left="1440" w:hanging="360"/>
      </w:pPr>
      <w:r>
        <w:t>8.2.</w:t>
      </w:r>
      <w:r>
        <w:tab/>
        <w:t>To run for election, an individual must be a student member of the society at the time of the election and reasonably expect to be one when the term of office begins. Associate members cannot run for election to the society’s committee.</w:t>
      </w:r>
    </w:p>
    <w:p w14:paraId="1750BB11" w14:textId="77777777" w:rsidR="007C4269" w:rsidRDefault="00000000">
      <w:pPr>
        <w:ind w:left="1440" w:hanging="360"/>
      </w:pPr>
      <w:r>
        <w:t>8.3.</w:t>
      </w:r>
      <w:r>
        <w:tab/>
        <w:t>No committee members shall serve for longer than one year without re-election.</w:t>
      </w:r>
    </w:p>
    <w:p w14:paraId="0F25456F" w14:textId="77777777" w:rsidR="007C4269" w:rsidRDefault="00000000">
      <w:pPr>
        <w:ind w:left="1440" w:hanging="360"/>
      </w:pPr>
      <w:r>
        <w:t>8.4.</w:t>
      </w:r>
      <w:r>
        <w:tab/>
        <w:t>All, and only, current members of the Society (as established in Article 2) can vote in its elections.</w:t>
      </w:r>
    </w:p>
    <w:p w14:paraId="23E56707" w14:textId="77777777" w:rsidR="007C4269" w:rsidRDefault="00000000">
      <w:pPr>
        <w:ind w:left="1440" w:hanging="360"/>
      </w:pPr>
      <w:r>
        <w:t>8.5.</w:t>
      </w:r>
      <w:r>
        <w:tab/>
        <w:t>All elections shall be run using a voting system approved by the Guild, who are also responsible for certifying the results.</w:t>
      </w:r>
    </w:p>
    <w:p w14:paraId="32AE37C2" w14:textId="77777777" w:rsidR="007C4269" w:rsidRDefault="00000000">
      <w:pPr>
        <w:ind w:left="1440" w:hanging="360"/>
      </w:pPr>
      <w:r>
        <w:t>8.6.</w:t>
      </w:r>
      <w:r>
        <w:tab/>
        <w:t>All elections in an academic year are to be run by a Returning Officer, which will be appointed by the Guild at the commencement of the new committee taking office. Unless they plan to run for re-election, this will usually be the President.</w:t>
      </w:r>
    </w:p>
    <w:p w14:paraId="609DDA80" w14:textId="77777777" w:rsidR="007C4269" w:rsidRDefault="00000000">
      <w:pPr>
        <w:ind w:left="1440" w:hanging="360"/>
      </w:pPr>
      <w:r>
        <w:lastRenderedPageBreak/>
        <w:t>8.7.</w:t>
      </w:r>
      <w:r>
        <w:tab/>
        <w:t>For avoidance of doubt, the Returning Officer shall decide which positions should be run at any given election. The Returning Officers decision on this matter must be presented to the committee at least two weeks before voting opens in an election, the Returning Officers decision can be overturned by a majority (50% plus one) of the committee. Should a majority of the committee object, the Returning Officer should present a new option to the committee within twenty four (24) hours.</w:t>
      </w:r>
    </w:p>
    <w:p w14:paraId="22D45637" w14:textId="77777777" w:rsidR="007C4269" w:rsidRDefault="00000000">
      <w:pPr>
        <w:ind w:left="1440" w:hanging="360"/>
      </w:pPr>
      <w:r>
        <w:t>8.8.</w:t>
      </w:r>
      <w:r>
        <w:tab/>
        <w:t>The Returning Officer must run the election in a fair and impartial manner, within the rules and regulations set out by the Guild. The Returning Officer or Guild should set out Guidelines for the conduct of the election at the commencement of the election period.</w:t>
      </w:r>
    </w:p>
    <w:p w14:paraId="46FC3D2B" w14:textId="77777777" w:rsidR="007C4269" w:rsidRDefault="00000000">
      <w:pPr>
        <w:ind w:left="1440" w:hanging="360"/>
      </w:pPr>
      <w:r>
        <w:t>8.9.</w:t>
      </w:r>
      <w:r>
        <w:tab/>
        <w:t>The Returning Officer, unless specified otherwise, must give all members notice of the election no later than two weeks prior to opening of voting.</w:t>
      </w:r>
    </w:p>
    <w:p w14:paraId="55C37582" w14:textId="77777777" w:rsidR="007C4269" w:rsidRDefault="00000000">
      <w:pPr>
        <w:spacing w:before="120"/>
        <w:ind w:left="720" w:hanging="360"/>
      </w:pPr>
      <w:r>
        <w:rPr>
          <w:b/>
        </w:rPr>
        <w:t>9.</w:t>
      </w:r>
      <w:r>
        <w:rPr>
          <w:b/>
        </w:rPr>
        <w:tab/>
        <w:t>Meetings</w:t>
      </w:r>
    </w:p>
    <w:p w14:paraId="467FE2BA" w14:textId="77777777" w:rsidR="007C4269" w:rsidRDefault="00000000">
      <w:pPr>
        <w:ind w:left="1440" w:hanging="360"/>
      </w:pPr>
      <w:r>
        <w:t>9.1.</w:t>
      </w:r>
      <w:r>
        <w:tab/>
        <w:t>Committee Meetings:</w:t>
      </w:r>
    </w:p>
    <w:p w14:paraId="3329E5FE" w14:textId="77777777" w:rsidR="007C4269" w:rsidRDefault="00000000">
      <w:pPr>
        <w:tabs>
          <w:tab w:val="left" w:pos="2477"/>
        </w:tabs>
        <w:ind w:left="2160" w:hanging="180"/>
      </w:pPr>
      <w:r>
        <w:t>9.1.1.</w:t>
      </w:r>
      <w:r>
        <w:tab/>
        <w:t>The committee shall hold regular meetings.</w:t>
      </w:r>
    </w:p>
    <w:p w14:paraId="696914BE" w14:textId="77777777" w:rsidR="007C4269" w:rsidRDefault="00000000">
      <w:pPr>
        <w:tabs>
          <w:tab w:val="left" w:pos="2477"/>
        </w:tabs>
        <w:ind w:left="2160" w:hanging="180"/>
      </w:pPr>
      <w:r>
        <w:t>9.1.2.</w:t>
      </w:r>
      <w:r>
        <w:tab/>
        <w:t>Quoracy of Committee meetings shall be 50% of the committee plus one.</w:t>
      </w:r>
    </w:p>
    <w:p w14:paraId="7F4DA432" w14:textId="77777777" w:rsidR="007C4269" w:rsidRDefault="00000000">
      <w:pPr>
        <w:tabs>
          <w:tab w:val="left" w:pos="2477"/>
        </w:tabs>
        <w:ind w:left="2160" w:hanging="180"/>
      </w:pPr>
      <w:r>
        <w:t>9.1.3.</w:t>
      </w:r>
      <w:r>
        <w:tab/>
        <w:t>Any member of the society is entitled to attend any committee meeting, unless it is a closed meeting</w:t>
      </w:r>
    </w:p>
    <w:p w14:paraId="60A116EF" w14:textId="77777777" w:rsidR="007C4269" w:rsidRDefault="00000000">
      <w:pPr>
        <w:ind w:left="1440" w:hanging="360"/>
      </w:pPr>
      <w:r>
        <w:t>9.2.</w:t>
      </w:r>
      <w:r>
        <w:tab/>
        <w:t>Annual General Meeting:</w:t>
      </w:r>
    </w:p>
    <w:p w14:paraId="1EF9C9EF" w14:textId="77777777" w:rsidR="007C4269" w:rsidRDefault="00000000">
      <w:pPr>
        <w:tabs>
          <w:tab w:val="left" w:pos="2477"/>
        </w:tabs>
        <w:ind w:left="2160" w:hanging="180"/>
      </w:pPr>
      <w:r>
        <w:t>9.2.1.</w:t>
      </w:r>
      <w:r>
        <w:tab/>
        <w:t>The society shall hold an AGM before the end of Term 3, during which the following will take place:</w:t>
      </w:r>
    </w:p>
    <w:p w14:paraId="6FC49A02" w14:textId="77777777" w:rsidR="007C4269" w:rsidRDefault="00000000">
      <w:pPr>
        <w:tabs>
          <w:tab w:val="left" w:pos="3283"/>
        </w:tabs>
        <w:ind w:left="2880" w:hanging="360"/>
      </w:pPr>
      <w:r>
        <w:t>9.2.1.1.</w:t>
      </w:r>
      <w:r>
        <w:tab/>
        <w:t>Each committee member will deliver an outgoing report of the year;</w:t>
      </w:r>
    </w:p>
    <w:p w14:paraId="645523CE" w14:textId="77777777" w:rsidR="007C4269" w:rsidRDefault="00000000">
      <w:pPr>
        <w:tabs>
          <w:tab w:val="left" w:pos="3283"/>
        </w:tabs>
        <w:ind w:left="2880" w:hanging="360"/>
      </w:pPr>
      <w:r>
        <w:t>9.2.1.2.</w:t>
      </w:r>
      <w:r>
        <w:tab/>
        <w:t>The treasurer will present a report of the financial account; and,</w:t>
      </w:r>
    </w:p>
    <w:p w14:paraId="314B7106" w14:textId="77777777" w:rsidR="007C4269" w:rsidRDefault="00000000">
      <w:pPr>
        <w:tabs>
          <w:tab w:val="left" w:pos="3283"/>
        </w:tabs>
        <w:ind w:left="2880" w:hanging="360"/>
      </w:pPr>
      <w:r>
        <w:t>9.2.1.3.</w:t>
      </w:r>
      <w:r>
        <w:tab/>
        <w:t>Hustings for an upcoming election may be held.</w:t>
      </w:r>
    </w:p>
    <w:p w14:paraId="363BCF31" w14:textId="77777777" w:rsidR="007C4269" w:rsidRDefault="00000000">
      <w:pPr>
        <w:tabs>
          <w:tab w:val="left" w:pos="2477"/>
        </w:tabs>
        <w:ind w:left="2160" w:hanging="180"/>
      </w:pPr>
      <w:r>
        <w:t>9.2.2.</w:t>
      </w:r>
      <w:r>
        <w:tab/>
        <w:t>All members must be given at least two weeks’ notice of this meeting.</w:t>
      </w:r>
    </w:p>
    <w:p w14:paraId="2F8866BD" w14:textId="77777777" w:rsidR="007C4269" w:rsidRDefault="00000000">
      <w:pPr>
        <w:ind w:left="1440" w:hanging="360"/>
      </w:pPr>
      <w:r>
        <w:t>9.3.</w:t>
      </w:r>
      <w:r>
        <w:tab/>
        <w:t>Extraordinary General Meetings:</w:t>
      </w:r>
    </w:p>
    <w:p w14:paraId="1EDA35A2" w14:textId="77777777" w:rsidR="007C4269" w:rsidRDefault="00000000">
      <w:pPr>
        <w:tabs>
          <w:tab w:val="left" w:pos="2477"/>
        </w:tabs>
        <w:ind w:left="2160" w:hanging="180"/>
      </w:pPr>
      <w:r>
        <w:t>9.3.1.</w:t>
      </w:r>
      <w:r>
        <w:tab/>
        <w:t>An Extraordinary General Meeting (EGM) of the may be requested by one third of the committee or a secure petition of at least 25% of the membership of the society or 40 of the society’s members, whichever is fewer.</w:t>
      </w:r>
    </w:p>
    <w:p w14:paraId="34483A94" w14:textId="77777777" w:rsidR="007C4269" w:rsidRDefault="00000000">
      <w:pPr>
        <w:tabs>
          <w:tab w:val="left" w:pos="2477"/>
        </w:tabs>
        <w:ind w:left="2160" w:hanging="180"/>
      </w:pPr>
      <w:r>
        <w:t>9.3.2.</w:t>
      </w:r>
      <w:r>
        <w:tab/>
        <w:t>There must be a notice period of at least 24 hours before the EGM and all members of the society must be informed.</w:t>
      </w:r>
    </w:p>
    <w:p w14:paraId="51FC187B" w14:textId="77777777" w:rsidR="007C4269" w:rsidRDefault="00000000">
      <w:pPr>
        <w:tabs>
          <w:tab w:val="left" w:pos="2477"/>
        </w:tabs>
        <w:ind w:left="2160" w:hanging="180"/>
      </w:pPr>
      <w:r>
        <w:t>9.3.3.</w:t>
      </w:r>
      <w:r>
        <w:tab/>
        <w:t>The Quoracy of an AGM or an EGM will be a simple majority of those present.</w:t>
      </w:r>
    </w:p>
    <w:p w14:paraId="4F4402EB" w14:textId="77777777" w:rsidR="007C4269" w:rsidRDefault="00000000">
      <w:pPr>
        <w:tabs>
          <w:tab w:val="left" w:pos="2477"/>
        </w:tabs>
        <w:ind w:left="2160" w:hanging="180"/>
      </w:pPr>
      <w:r>
        <w:lastRenderedPageBreak/>
        <w:t>9.3.4.</w:t>
      </w:r>
      <w:r>
        <w:tab/>
        <w:t>Accurate minutes must be kept of these meetings.</w:t>
      </w:r>
    </w:p>
    <w:p w14:paraId="7F30E236" w14:textId="77777777" w:rsidR="007C4269" w:rsidRDefault="00000000">
      <w:pPr>
        <w:spacing w:before="200"/>
        <w:ind w:left="720" w:hanging="360"/>
      </w:pPr>
      <w:r>
        <w:rPr>
          <w:b/>
        </w:rPr>
        <w:t>10.</w:t>
      </w:r>
      <w:r>
        <w:rPr>
          <w:b/>
        </w:rPr>
        <w:tab/>
        <w:t>Vote of No Confidence</w:t>
      </w:r>
    </w:p>
    <w:p w14:paraId="11632097" w14:textId="77777777" w:rsidR="007C4269" w:rsidRDefault="00000000">
      <w:pPr>
        <w:ind w:left="1440" w:hanging="360"/>
      </w:pPr>
      <w:r>
        <w:t>10.1.</w:t>
      </w:r>
      <w:r>
        <w:tab/>
        <w:t>The society’s membership can remove an individual from the committee bypassing a Vote of No Confidence.</w:t>
      </w:r>
    </w:p>
    <w:p w14:paraId="22E5F4C8" w14:textId="77777777" w:rsidR="007C4269" w:rsidRDefault="00000000">
      <w:pPr>
        <w:ind w:left="1440" w:hanging="360"/>
      </w:pPr>
      <w:r>
        <w:t>10.2.</w:t>
      </w:r>
      <w:r>
        <w:tab/>
        <w:t>Before a Vote of No Confidence may take place, it must be agreed to by either one third (1/3) of the Society’s Committee, or through a secure petition of 25% or 40 of the society’s members (whichever is fewer) submitted to the Guild.</w:t>
      </w:r>
    </w:p>
    <w:p w14:paraId="6AEC71C6" w14:textId="77777777" w:rsidR="007C4269" w:rsidRDefault="00000000">
      <w:pPr>
        <w:ind w:left="1440" w:hanging="360"/>
      </w:pPr>
      <w:r>
        <w:t>10.3.</w:t>
      </w:r>
      <w:r>
        <w:tab/>
        <w:t>Before a Vote of No Confidence may take place, the Guild must be content that informal resolutions have been attempted and that they cause of any directly relevant issues is not due to any reasons that may be protected by law.</w:t>
      </w:r>
    </w:p>
    <w:p w14:paraId="0BD59FF6" w14:textId="77777777" w:rsidR="007C4269" w:rsidRDefault="00000000">
      <w:pPr>
        <w:ind w:left="1440" w:hanging="360"/>
      </w:pPr>
      <w:r>
        <w:t>10.4.</w:t>
      </w:r>
      <w:r>
        <w:tab/>
        <w:t>A Vote of No Confidence must be facilitated by the Guild.</w:t>
      </w:r>
    </w:p>
    <w:p w14:paraId="1D664A8E" w14:textId="77777777" w:rsidR="007C4269" w:rsidRDefault="00000000">
      <w:pPr>
        <w:ind w:left="1440" w:hanging="360"/>
      </w:pPr>
      <w:r>
        <w:t>10.5.</w:t>
      </w:r>
      <w:r>
        <w:tab/>
        <w:t>A Vote of No Confidence shall pass by a simple majority of those members of the society who cast a vote during a period decided by the Guild. If the Vote of No Confidence passes, the Committee position is vacated and, if appropriate, a by-election held.</w:t>
      </w:r>
    </w:p>
    <w:p w14:paraId="7846E72D" w14:textId="77777777" w:rsidR="007C4269" w:rsidRDefault="00000000">
      <w:pPr>
        <w:ind w:left="1440" w:hanging="360"/>
      </w:pPr>
      <w:r>
        <w:t>10.6.</w:t>
      </w:r>
      <w:r>
        <w:tab/>
        <w:t>Should a Vote of No Confidence fail, the committee member in question cannot be subjected to another Vote of No Confidence in that academic term.</w:t>
      </w:r>
    </w:p>
    <w:p w14:paraId="531F8F06" w14:textId="77777777" w:rsidR="007C4269" w:rsidRDefault="00000000">
      <w:pPr>
        <w:spacing w:before="120"/>
        <w:ind w:left="720" w:hanging="360"/>
      </w:pPr>
      <w:r>
        <w:rPr>
          <w:b/>
        </w:rPr>
        <w:t>11.</w:t>
      </w:r>
      <w:r>
        <w:rPr>
          <w:b/>
        </w:rPr>
        <w:tab/>
        <w:t>Internal Speaker Approvals</w:t>
      </w:r>
    </w:p>
    <w:p w14:paraId="7CBEC5BF" w14:textId="77777777" w:rsidR="007C4269" w:rsidRDefault="00000000">
      <w:pPr>
        <w:ind w:left="1440" w:hanging="360"/>
      </w:pPr>
      <w:r>
        <w:t>11.1.</w:t>
      </w:r>
      <w:r>
        <w:tab/>
        <w:t>When deciding which speakers to invite to a show debate, the Chairperson(s) must consider both the policies of the Guild and the law.</w:t>
      </w:r>
    </w:p>
    <w:p w14:paraId="3DB53828" w14:textId="77777777" w:rsidR="007C4269" w:rsidRDefault="00000000">
      <w:pPr>
        <w:ind w:left="1440" w:hanging="360"/>
      </w:pPr>
      <w:r>
        <w:t>11.2.</w:t>
      </w:r>
      <w:r>
        <w:tab/>
        <w:t>The Chairperson must consult on all potential invitations with the President of the society prior to invitation, the President then has the authority to block the invitation of that speaker.</w:t>
      </w:r>
    </w:p>
    <w:p w14:paraId="6C383577" w14:textId="77777777" w:rsidR="007C4269" w:rsidRDefault="00000000">
      <w:pPr>
        <w:ind w:left="1440" w:hanging="360"/>
      </w:pPr>
      <w:r>
        <w:t>11.3.</w:t>
      </w:r>
      <w:r>
        <w:tab/>
        <w:t>When deciding on who to approve, the President will consider both the society’s commitment to the advancement of debate and discourse and the society’s obligation to the welfare of its members.</w:t>
      </w:r>
    </w:p>
    <w:p w14:paraId="4367F564" w14:textId="77777777" w:rsidR="007C4269" w:rsidRDefault="00000000">
      <w:pPr>
        <w:spacing w:before="160"/>
        <w:ind w:left="720"/>
      </w:pPr>
      <w:r>
        <w:t>Appendix A- A Piece of Friendly Advice to Committee Members</w:t>
      </w:r>
    </w:p>
    <w:p w14:paraId="063DCB2F" w14:textId="77777777" w:rsidR="007C4269" w:rsidRDefault="00000000">
      <w:pPr>
        <w:ind w:left="720"/>
      </w:pPr>
      <w:r>
        <w:t>Hello, it’s us, the ghostly voice of your predecessors. If you’re reading this it either means you are a committed enough member of Debsoc to have looked this up on your own initiative (in which case thank you) or you have been sent this by the current President in advance of a long committee meeting about constitution changes and elections (in which case commiserations).</w:t>
      </w:r>
    </w:p>
    <w:p w14:paraId="0BA872FD" w14:textId="77777777" w:rsidR="007C4269" w:rsidRDefault="00000000">
      <w:pPr>
        <w:ind w:left="720"/>
      </w:pPr>
      <w:r>
        <w:t xml:space="preserve">Either way, we don’t want to take up too much of this document telling stories or sharing advice. If you think that would be helpful or have any questions please do not hesitate to reach </w:t>
      </w:r>
      <w:r>
        <w:lastRenderedPageBreak/>
        <w:t>out to previous Presidents (or other committee members), we are always happy to help. But here we really just want to give one fairly simple and universal message.</w:t>
      </w:r>
    </w:p>
    <w:p w14:paraId="58500E21" w14:textId="77777777" w:rsidR="007C4269" w:rsidRDefault="00000000">
      <w:pPr>
        <w:ind w:left="720"/>
      </w:pPr>
      <w:r>
        <w:t>Don’t stress, you are doing great.</w:t>
      </w:r>
    </w:p>
    <w:p w14:paraId="123AE700" w14:textId="77777777" w:rsidR="007C4269" w:rsidRDefault="00000000">
      <w:pPr>
        <w:ind w:left="720"/>
      </w:pPr>
      <w:r>
        <w:t>If when reading this you already feel that, brilliant. You should feel that way, you are doing an incredibly difficult job for relatively little reward. But if you aren’t feeling great or know another committee member who isn’t this message is for you.</w:t>
      </w:r>
    </w:p>
    <w:p w14:paraId="78BCAAC3" w14:textId="77777777" w:rsidR="007C4269" w:rsidRDefault="00000000">
      <w:pPr>
        <w:ind w:left="720"/>
      </w:pPr>
      <w:r>
        <w:t>It might be that your membership or attendance is down, an event hasn’t been organised or you are arguing with a fellow committee member. It might even be that you’ve ended up in Exeposé (inevitably with Debsoc, not for good reasons), your annual elections have gotten weirdly serious or protesters have shown up at your show debate. In any of these cases, you might be feeling anxious, angry, embarrassed, scared or all of the above. If this is you, we’d like to remind you of a few things:</w:t>
      </w:r>
    </w:p>
    <w:p w14:paraId="78EFEAC8" w14:textId="77777777" w:rsidR="007C4269" w:rsidRDefault="00000000">
      <w:pPr>
        <w:ind w:left="720"/>
      </w:pPr>
      <w:r>
        <w:t>1.  It doesn’t matter as much as you think it does. If something goes wrong in Debsoc, no one is going to die and if they are someone else with a lot more expertise (and who is actually being paid) should really be dealing with it. Or as one of our esteemed committee members would put it “its not that deep”.</w:t>
      </w:r>
    </w:p>
    <w:p w14:paraId="270EE2E2" w14:textId="77777777" w:rsidR="007C4269" w:rsidRDefault="00000000">
      <w:pPr>
        <w:ind w:left="720"/>
      </w:pPr>
      <w:r>
        <w:t>2. It will be behind you soon. Things change, people move on and everyone forgets. In a year you will be in an actual job laughing about the committee role you took way too seriously. If right now something feels like the end of the world please remember, it probably isn’t. Learn from your mistakes and you’ll be past it soon with a great life lesson to show for it.</w:t>
      </w:r>
    </w:p>
    <w:p w14:paraId="0122C50F" w14:textId="77777777" w:rsidR="007C4269" w:rsidRDefault="00000000">
      <w:pPr>
        <w:ind w:left="720"/>
      </w:pPr>
      <w:r>
        <w:t>3. You aren’t alone. You have a whole committee around you and plenty of other mechanisms to access support. If you need help, advice or just someone to talk to don’t feel afraid to ask. And if you can’t find anyone else, reach out to us your predecessors, whatever you are dealing with, trust me we can relate.</w:t>
      </w:r>
    </w:p>
    <w:p w14:paraId="2DEE7278" w14:textId="77777777" w:rsidR="007C4269" w:rsidRDefault="00000000">
      <w:pPr>
        <w:ind w:left="720"/>
      </w:pPr>
      <w:r>
        <w:t>4. You are doing great. Running any society is hard. Running a society with Debsoc’s size, history and complexity is insane. Committee roles in this society are quite often effectively part (and sometimes full) time jobs that we do for free alongside full-time degrees. The fact you are doing this job is insanely impressive and it’s important you remember that.</w:t>
      </w:r>
    </w:p>
    <w:p w14:paraId="2FAA2AE8" w14:textId="77777777" w:rsidR="007C4269" w:rsidRDefault="00000000">
      <w:pPr>
        <w:ind w:left="720"/>
      </w:pPr>
      <w:r>
        <w:t xml:space="preserve">5. Your mistakes are not the worst (they aren’t even close. Every year I am aware of recent society history has had some kind of crisis and most have multiple. All the examples listed in the paragraphs above are things I have personally witnessed or dealt with. You are not alone and you shouldn’t feel that way. And the one thing that all those past committee members have one thing in common, they are all fine now. And you will be too. And whatever mistake you have made, rest assured someone else has made a bigger one. If you don’t believe me take a trip to </w:t>
      </w:r>
      <w:r>
        <w:lastRenderedPageBreak/>
        <w:t>the university archives or have a Google of the society, unless the Forum is on fire or you’ve started a war, you are doing fine by comparison.</w:t>
      </w:r>
    </w:p>
    <w:p w14:paraId="2E3CC5EF" w14:textId="77777777" w:rsidR="007C4269" w:rsidRDefault="00000000">
      <w:pPr>
        <w:ind w:left="720"/>
      </w:pPr>
      <w:r>
        <w:t>None of this is to say you shouldn’t take things seriously, of course you should. But in our experience committee members of Debsoc tend not to have that problem and often have an opposite one. So we thought it important to put a message here from people who know what they are talking about. Its one we would have liked to have been told at times and we want to be here permanently on the record for any Debsoc committee member who doesn’t feel like they are doing a good job. Cause so long as you are being honest and kind and working hard, you absolutely are.</w:t>
      </w:r>
    </w:p>
    <w:p w14:paraId="6C823421" w14:textId="77777777" w:rsidR="007C4269" w:rsidRDefault="00000000">
      <w:pPr>
        <w:ind w:left="720"/>
      </w:pPr>
      <w:r>
        <w:t>So don’t stress, you are doing great.</w:t>
      </w:r>
    </w:p>
    <w:p w14:paraId="5A16D76D" w14:textId="77777777" w:rsidR="007C4269" w:rsidRDefault="00000000">
      <w:pPr>
        <w:ind w:left="720"/>
      </w:pPr>
      <w:r>
        <w:t>-The Debsoc Committee, 2023-24</w:t>
      </w:r>
    </w:p>
    <w:sectPr w:rsidR="007C4269" w:rsidSect="00034616">
      <w:pgSz w:w="12240" w:h="15840"/>
      <w:pgMar w:top="136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5854363">
    <w:abstractNumId w:val="8"/>
  </w:num>
  <w:num w:numId="2" w16cid:durableId="919632648">
    <w:abstractNumId w:val="6"/>
  </w:num>
  <w:num w:numId="3" w16cid:durableId="840893635">
    <w:abstractNumId w:val="5"/>
  </w:num>
  <w:num w:numId="4" w16cid:durableId="1909488590">
    <w:abstractNumId w:val="4"/>
  </w:num>
  <w:num w:numId="5" w16cid:durableId="110368101">
    <w:abstractNumId w:val="7"/>
  </w:num>
  <w:num w:numId="6" w16cid:durableId="2096591588">
    <w:abstractNumId w:val="3"/>
  </w:num>
  <w:num w:numId="7" w16cid:durableId="406344903">
    <w:abstractNumId w:val="2"/>
  </w:num>
  <w:num w:numId="8" w16cid:durableId="1669670303">
    <w:abstractNumId w:val="1"/>
  </w:num>
  <w:num w:numId="9" w16cid:durableId="416219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3816"/>
    <w:rsid w:val="0015074B"/>
    <w:rsid w:val="00256B08"/>
    <w:rsid w:val="0029639D"/>
    <w:rsid w:val="00326F90"/>
    <w:rsid w:val="005F6F98"/>
    <w:rsid w:val="007C4269"/>
    <w:rsid w:val="00863F82"/>
    <w:rsid w:val="009E7522"/>
    <w:rsid w:val="00AA1D8D"/>
    <w:rsid w:val="00AC5761"/>
    <w:rsid w:val="00B47730"/>
    <w:rsid w:val="00CB0664"/>
    <w:rsid w:val="00D624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9A06C6"/>
  <w14:defaultImageDpi w14:val="300"/>
  <w15:docId w15:val="{A7167655-CB78-423B-AEE2-94ECDB91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4260</Words>
  <Characters>24285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Horry Foster</cp:lastModifiedBy>
  <cp:revision>2</cp:revision>
  <dcterms:created xsi:type="dcterms:W3CDTF">2026-10-19T14:24:00Z</dcterms:created>
  <dcterms:modified xsi:type="dcterms:W3CDTF">2026-10-19T14:24:00Z</dcterms:modified>
  <cp:category/>
</cp:coreProperties>
</file>