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0DDDD" w14:textId="77777777" w:rsidR="004F2A70" w:rsidRDefault="00000000">
      <w:pPr>
        <w:spacing w:after="120"/>
        <w:jc w:val="center"/>
      </w:pPr>
      <w:r>
        <w:rPr>
          <w:b/>
          <w:sz w:val="28"/>
        </w:rPr>
        <w:t>University of Exeter Students’ Guild Society Constitution</w:t>
      </w:r>
    </w:p>
    <w:p w14:paraId="2972D675" w14:textId="5F74D839" w:rsidR="004F2A70" w:rsidRDefault="4E9D46D4">
      <w:pPr>
        <w:ind w:left="720"/>
      </w:pPr>
      <w:r>
        <w:t>Last updated: 19/10/2026</w:t>
      </w:r>
    </w:p>
    <w:p w14:paraId="0D909AED" w14:textId="77777777" w:rsidR="004F2A70" w:rsidRDefault="00000000">
      <w:pPr>
        <w:numPr>
          <w:ilvl w:val="0"/>
          <w:numId w:val="10"/>
        </w:numPr>
        <w:spacing w:before="120"/>
      </w:pPr>
      <w:r>
        <w:rPr>
          <w:b/>
        </w:rPr>
        <w:t>Name</w:t>
      </w:r>
    </w:p>
    <w:p w14:paraId="65CF227A" w14:textId="77777777" w:rsidR="004F2A70" w:rsidRDefault="00000000">
      <w:pPr>
        <w:numPr>
          <w:ilvl w:val="1"/>
          <w:numId w:val="10"/>
        </w:numPr>
      </w:pPr>
      <w:r>
        <w:t>The name of the group shall be Expedition Society, hereafter referred to as ‘the group’.</w:t>
      </w:r>
    </w:p>
    <w:p w14:paraId="0ED6723C" w14:textId="595DCC29" w:rsidR="004F2A70" w:rsidRDefault="4E9D46D4">
      <w:pPr>
        <w:numPr>
          <w:ilvl w:val="1"/>
          <w:numId w:val="10"/>
        </w:numPr>
      </w:pPr>
      <w:r w:rsidRPr="4E9D46D4">
        <w:t>The date this document was last updated was 19/10/2026.</w:t>
      </w:r>
    </w:p>
    <w:p w14:paraId="3A8655D5" w14:textId="77777777" w:rsidR="004F2A70" w:rsidRDefault="00000000">
      <w:pPr>
        <w:numPr>
          <w:ilvl w:val="1"/>
          <w:numId w:val="10"/>
        </w:numPr>
      </w:pPr>
      <w:r>
        <w:t>This Constitution may be amended by two-thirds of a committee and submitted to the Activities team for final approval</w:t>
      </w:r>
    </w:p>
    <w:p w14:paraId="6608324B" w14:textId="77777777" w:rsidR="004F2A70" w:rsidRDefault="00000000">
      <w:pPr>
        <w:numPr>
          <w:ilvl w:val="1"/>
          <w:numId w:val="10"/>
        </w:numPr>
      </w:pPr>
      <w:r>
        <w:t>The Society is a constituent part of the Guild and is subject to the Guild’s legal and governance framework. This Constitution must be read in conjunction with, and does not supersede, any Guild Byelaws, policies, regulations, or procedures. The Society and its members are required to adhere to all Guild rules and requirements.</w:t>
      </w:r>
    </w:p>
    <w:p w14:paraId="31702D8E" w14:textId="77777777" w:rsidR="004F2A70" w:rsidRDefault="00000000">
      <w:pPr>
        <w:numPr>
          <w:ilvl w:val="1"/>
          <w:numId w:val="10"/>
        </w:numPr>
      </w:pPr>
      <w:r>
        <w:t>“One trip per term” thereafter in this document refers to terms one and two only.</w:t>
      </w:r>
    </w:p>
    <w:p w14:paraId="06BE69F3" w14:textId="77777777" w:rsidR="004F2A70" w:rsidRDefault="00000000">
      <w:pPr>
        <w:numPr>
          <w:ilvl w:val="0"/>
          <w:numId w:val="10"/>
        </w:numPr>
        <w:spacing w:before="120"/>
      </w:pPr>
      <w:r>
        <w:rPr>
          <w:b/>
        </w:rPr>
        <w:t>Aims and Objectives</w:t>
      </w:r>
    </w:p>
    <w:p w14:paraId="189B3E12" w14:textId="77777777" w:rsidR="004F2A70" w:rsidRDefault="00000000">
      <w:pPr>
        <w:numPr>
          <w:ilvl w:val="1"/>
          <w:numId w:val="10"/>
        </w:numPr>
      </w:pPr>
      <w:r>
        <w:t>The Aims and Objectives define the purpose of the group.</w:t>
      </w:r>
    </w:p>
    <w:p w14:paraId="176BEF07" w14:textId="77777777" w:rsidR="004F2A70" w:rsidRDefault="00000000">
      <w:pPr>
        <w:numPr>
          <w:ilvl w:val="1"/>
          <w:numId w:val="10"/>
        </w:numPr>
      </w:pPr>
      <w:r>
        <w:t>The group aims to facilitate multi-day hiking and camping trips to various locations both across the UK and internationally.</w:t>
      </w:r>
    </w:p>
    <w:p w14:paraId="41C280D3" w14:textId="77777777" w:rsidR="004F2A70" w:rsidRDefault="00000000">
      <w:pPr>
        <w:numPr>
          <w:ilvl w:val="1"/>
          <w:numId w:val="10"/>
        </w:numPr>
      </w:pPr>
      <w:r>
        <w:t>To provide a friendly, welcoming, inclusive, and positive atmosphere.</w:t>
      </w:r>
    </w:p>
    <w:p w14:paraId="032776E6" w14:textId="77777777" w:rsidR="004F2A70" w:rsidRDefault="00000000">
      <w:pPr>
        <w:numPr>
          <w:ilvl w:val="1"/>
          <w:numId w:val="10"/>
        </w:numPr>
      </w:pPr>
      <w:r>
        <w:t>To provide a variety of regular social events.</w:t>
      </w:r>
    </w:p>
    <w:p w14:paraId="18B2486D" w14:textId="77777777" w:rsidR="004F2A70" w:rsidRDefault="00000000">
      <w:pPr>
        <w:numPr>
          <w:ilvl w:val="1"/>
          <w:numId w:val="10"/>
        </w:numPr>
      </w:pPr>
      <w:r>
        <w:t>To give members value for money.</w:t>
      </w:r>
    </w:p>
    <w:p w14:paraId="067BD8A0" w14:textId="77777777" w:rsidR="004F2A70" w:rsidRDefault="00000000">
      <w:pPr>
        <w:numPr>
          <w:ilvl w:val="0"/>
          <w:numId w:val="10"/>
        </w:numPr>
        <w:spacing w:before="120"/>
      </w:pPr>
      <w:r>
        <w:rPr>
          <w:b/>
        </w:rPr>
        <w:t>Membership</w:t>
      </w:r>
    </w:p>
    <w:p w14:paraId="58F8BA88" w14:textId="77777777" w:rsidR="004F2A70" w:rsidRDefault="00000000">
      <w:pPr>
        <w:numPr>
          <w:ilvl w:val="1"/>
          <w:numId w:val="10"/>
        </w:numPr>
      </w:pPr>
      <w:r>
        <w:t>Membership of the group shall be open to all members of The Guild in accordance with The Guild’s Byelaws.</w:t>
      </w:r>
    </w:p>
    <w:p w14:paraId="3AD4679F" w14:textId="77777777" w:rsidR="004F2A70" w:rsidRDefault="00000000">
      <w:pPr>
        <w:numPr>
          <w:ilvl w:val="1"/>
          <w:numId w:val="10"/>
        </w:numPr>
      </w:pPr>
      <w:r>
        <w:t>All members are required to register or pay a membership fee for the year. The group committee will set the membership fee(s) annually.</w:t>
      </w:r>
    </w:p>
    <w:p w14:paraId="04CB3D09" w14:textId="77777777" w:rsidR="004F2A70" w:rsidRDefault="00000000">
      <w:pPr>
        <w:numPr>
          <w:ilvl w:val="1"/>
          <w:numId w:val="10"/>
        </w:numPr>
      </w:pPr>
      <w:r>
        <w:t>Anyone who is not a full member of the Students’ Guild must purchase an associate membership before joining the group.</w:t>
      </w:r>
    </w:p>
    <w:p w14:paraId="25992099" w14:textId="77777777" w:rsidR="004F2A70" w:rsidRDefault="00000000">
      <w:pPr>
        <w:numPr>
          <w:ilvl w:val="1"/>
          <w:numId w:val="10"/>
        </w:numPr>
      </w:pPr>
      <w:r>
        <w:t>Membership to the group must be bought before attending any trips or events held by the group.</w:t>
      </w:r>
    </w:p>
    <w:p w14:paraId="70110360" w14:textId="77777777" w:rsidR="004F2A70" w:rsidRDefault="00000000">
      <w:pPr>
        <w:numPr>
          <w:ilvl w:val="0"/>
          <w:numId w:val="10"/>
        </w:numPr>
        <w:spacing w:before="120"/>
      </w:pPr>
      <w:r>
        <w:rPr>
          <w:b/>
        </w:rPr>
        <w:t>Committee</w:t>
      </w:r>
    </w:p>
    <w:p w14:paraId="363CFC6C" w14:textId="0CA0B07F" w:rsidR="004F2A70" w:rsidRDefault="6F098C3B">
      <w:pPr>
        <w:numPr>
          <w:ilvl w:val="1"/>
          <w:numId w:val="10"/>
        </w:numPr>
      </w:pPr>
      <w:r w:rsidRPr="6F098C3B">
        <w:t>The group should have a committee consisting of officers in the following mandatory positions. These committee members shall be elected by the group’s membership as per section 8.</w:t>
      </w:r>
    </w:p>
    <w:p w14:paraId="64E35866" w14:textId="77777777" w:rsidR="004F2A70" w:rsidRDefault="6F098C3B" w:rsidP="6F098C3B">
      <w:pPr>
        <w:numPr>
          <w:ilvl w:val="2"/>
          <w:numId w:val="10"/>
        </w:numPr>
      </w:pPr>
      <w:r w:rsidRPr="6F098C3B">
        <w:t>President</w:t>
      </w:r>
    </w:p>
    <w:p w14:paraId="4D0680FC" w14:textId="320DECD9" w:rsidR="6B992881" w:rsidRDefault="6B992881" w:rsidP="6F098C3B">
      <w:pPr>
        <w:numPr>
          <w:ilvl w:val="2"/>
          <w:numId w:val="10"/>
        </w:numPr>
      </w:pPr>
      <w:r w:rsidRPr="6F098C3B">
        <w:t>Vice-President</w:t>
      </w:r>
    </w:p>
    <w:p w14:paraId="4F970762" w14:textId="77777777" w:rsidR="004F2A70" w:rsidRDefault="6F098C3B">
      <w:pPr>
        <w:numPr>
          <w:ilvl w:val="2"/>
          <w:numId w:val="10"/>
        </w:numPr>
      </w:pPr>
      <w:r w:rsidRPr="6F098C3B">
        <w:t>Treasurer</w:t>
      </w:r>
    </w:p>
    <w:p w14:paraId="39C9E9EC" w14:textId="77777777" w:rsidR="004F2A70" w:rsidRDefault="00000000">
      <w:pPr>
        <w:numPr>
          <w:ilvl w:val="1"/>
          <w:numId w:val="10"/>
        </w:numPr>
      </w:pPr>
      <w:r>
        <w:t>Additional roles are:</w:t>
      </w:r>
    </w:p>
    <w:p w14:paraId="421BA8AB" w14:textId="77777777" w:rsidR="004F2A70" w:rsidRDefault="6F098C3B" w:rsidP="6F098C3B">
      <w:pPr>
        <w:numPr>
          <w:ilvl w:val="2"/>
          <w:numId w:val="10"/>
        </w:numPr>
      </w:pPr>
      <w:r w:rsidRPr="6F098C3B">
        <w:t>General Secretary</w:t>
      </w:r>
    </w:p>
    <w:p w14:paraId="39D4C45F" w14:textId="03022282" w:rsidR="3405CC1A" w:rsidRDefault="3405CC1A" w:rsidP="6F098C3B">
      <w:pPr>
        <w:numPr>
          <w:ilvl w:val="2"/>
          <w:numId w:val="10"/>
        </w:numPr>
      </w:pPr>
      <w:r w:rsidRPr="6F098C3B">
        <w:t>Events Secretary</w:t>
      </w:r>
    </w:p>
    <w:p w14:paraId="2D7F10C4" w14:textId="77777777" w:rsidR="004F2A70" w:rsidRDefault="00000000">
      <w:pPr>
        <w:numPr>
          <w:ilvl w:val="2"/>
          <w:numId w:val="10"/>
        </w:numPr>
      </w:pPr>
      <w:r>
        <w:t>Social Secretary (x2)</w:t>
      </w:r>
    </w:p>
    <w:p w14:paraId="750E3580" w14:textId="77777777" w:rsidR="004F2A70" w:rsidRDefault="00000000">
      <w:pPr>
        <w:numPr>
          <w:ilvl w:val="2"/>
          <w:numId w:val="10"/>
        </w:numPr>
      </w:pPr>
      <w:r>
        <w:t>Publicity Officer (x2)</w:t>
      </w:r>
    </w:p>
    <w:p w14:paraId="4943465E" w14:textId="77777777" w:rsidR="004F2A70" w:rsidRDefault="00000000">
      <w:pPr>
        <w:numPr>
          <w:ilvl w:val="2"/>
          <w:numId w:val="10"/>
        </w:numPr>
      </w:pPr>
      <w:r>
        <w:t>Kit Officer</w:t>
      </w:r>
    </w:p>
    <w:p w14:paraId="65313462" w14:textId="77777777" w:rsidR="004F2A70" w:rsidRDefault="00000000">
      <w:pPr>
        <w:numPr>
          <w:ilvl w:val="2"/>
          <w:numId w:val="10"/>
        </w:numPr>
      </w:pPr>
      <w:r>
        <w:t>Summer Trip Leader (x2)</w:t>
      </w:r>
    </w:p>
    <w:p w14:paraId="51CED127" w14:textId="77777777" w:rsidR="004F2A70" w:rsidRDefault="00000000">
      <w:pPr>
        <w:numPr>
          <w:ilvl w:val="2"/>
          <w:numId w:val="10"/>
        </w:numPr>
      </w:pPr>
      <w:r>
        <w:t>Stash Secretary</w:t>
      </w:r>
    </w:p>
    <w:p w14:paraId="27E42B4E" w14:textId="3D4C38CE" w:rsidR="004F2A70" w:rsidRDefault="6F098C3B">
      <w:pPr>
        <w:numPr>
          <w:ilvl w:val="2"/>
          <w:numId w:val="10"/>
        </w:numPr>
      </w:pPr>
      <w:r w:rsidRPr="6F098C3B">
        <w:lastRenderedPageBreak/>
        <w:t>Trip Leader (x</w:t>
      </w:r>
      <w:r w:rsidR="123C3EF7" w:rsidRPr="6F098C3B">
        <w:t>8</w:t>
      </w:r>
      <w:r w:rsidRPr="6F098C3B">
        <w:t>)</w:t>
      </w:r>
    </w:p>
    <w:p w14:paraId="53250154" w14:textId="77777777" w:rsidR="004F2A70" w:rsidRDefault="00000000">
      <w:pPr>
        <w:numPr>
          <w:ilvl w:val="2"/>
          <w:numId w:val="10"/>
        </w:numPr>
      </w:pPr>
      <w:r>
        <w:t>Welfare Secretary (x2)</w:t>
      </w:r>
    </w:p>
    <w:p w14:paraId="6247F50A" w14:textId="77777777" w:rsidR="004F2A70" w:rsidRDefault="00000000">
      <w:pPr>
        <w:numPr>
          <w:ilvl w:val="1"/>
          <w:numId w:val="10"/>
        </w:numPr>
      </w:pPr>
      <w:r>
        <w:t>All committee members shall attend committee training.</w:t>
      </w:r>
    </w:p>
    <w:p w14:paraId="3F43252E" w14:textId="77777777" w:rsidR="004F2A70" w:rsidRDefault="00000000">
      <w:pPr>
        <w:numPr>
          <w:ilvl w:val="1"/>
          <w:numId w:val="10"/>
        </w:numPr>
      </w:pPr>
      <w:r>
        <w:t>All committee members shall complete the Student Committee Agreement.</w:t>
      </w:r>
    </w:p>
    <w:p w14:paraId="064C87D1" w14:textId="77777777" w:rsidR="004F2A70" w:rsidRDefault="00000000">
      <w:pPr>
        <w:numPr>
          <w:ilvl w:val="1"/>
          <w:numId w:val="10"/>
        </w:numPr>
      </w:pPr>
      <w:r>
        <w:t>Any new roles to the committee shall only be added with the consent of the Membership at an Annual General Meeting or Extraordinary General Meeting. Minutes will be required by Activities for verification.</w:t>
      </w:r>
    </w:p>
    <w:p w14:paraId="0F3DAB1A" w14:textId="77777777" w:rsidR="004F2A70" w:rsidRDefault="00000000">
      <w:pPr>
        <w:numPr>
          <w:ilvl w:val="1"/>
          <w:numId w:val="10"/>
        </w:numPr>
      </w:pPr>
      <w:r>
        <w:t>The role of the committee is to manage all aspects of the group’s administration and activity. The committee shall not work autonomously. Planning activities, buying equipment, and administering other group matters should be done in accordance with the wishes of group members and the guidance of the Activities team.</w:t>
      </w:r>
    </w:p>
    <w:p w14:paraId="1D598C87" w14:textId="77777777" w:rsidR="004F2A70" w:rsidRDefault="00000000">
      <w:pPr>
        <w:numPr>
          <w:ilvl w:val="1"/>
          <w:numId w:val="10"/>
        </w:numPr>
      </w:pPr>
      <w:r>
        <w:t>The committee has a joint responsibility to ensure that all information is effectively communicated both within the group to its members and Guild staff.</w:t>
      </w:r>
    </w:p>
    <w:p w14:paraId="25BD5070" w14:textId="77777777" w:rsidR="004F2A70" w:rsidRDefault="00000000">
      <w:pPr>
        <w:numPr>
          <w:ilvl w:val="1"/>
          <w:numId w:val="10"/>
        </w:numPr>
      </w:pPr>
      <w:r>
        <w:t>The committee will ensure that the group, their roles, and the activities of the group are open and inclusive to all Members and will proactively seek to enhance opportunities for all.</w:t>
      </w:r>
    </w:p>
    <w:p w14:paraId="636C48B4" w14:textId="77777777" w:rsidR="004F2A70" w:rsidRDefault="00000000">
      <w:pPr>
        <w:numPr>
          <w:ilvl w:val="0"/>
          <w:numId w:val="10"/>
        </w:numPr>
        <w:spacing w:before="120"/>
      </w:pPr>
      <w:r>
        <w:rPr>
          <w:b/>
        </w:rPr>
        <w:t>Committee Roles</w:t>
      </w:r>
    </w:p>
    <w:p w14:paraId="202B0DF0" w14:textId="77777777" w:rsidR="004F2A70" w:rsidRDefault="00000000">
      <w:pPr>
        <w:numPr>
          <w:ilvl w:val="1"/>
          <w:numId w:val="10"/>
        </w:numPr>
      </w:pPr>
      <w:r>
        <w:t>President:</w:t>
      </w:r>
    </w:p>
    <w:p w14:paraId="091CBB66" w14:textId="77777777" w:rsidR="004F2A70" w:rsidRDefault="00000000">
      <w:pPr>
        <w:numPr>
          <w:ilvl w:val="2"/>
          <w:numId w:val="10"/>
        </w:numPr>
      </w:pPr>
      <w:r>
        <w:t>The president shall be the principal officer and spokesperson for the group and the chairperson of committee meetings, the AGM, and EGMs.</w:t>
      </w:r>
    </w:p>
    <w:p w14:paraId="59957F71" w14:textId="77777777" w:rsidR="004F2A70" w:rsidRDefault="00000000">
      <w:pPr>
        <w:numPr>
          <w:ilvl w:val="2"/>
          <w:numId w:val="10"/>
        </w:numPr>
      </w:pPr>
      <w:r>
        <w:t>The President shall attend meetings with their elected representative officer, as the representative of the group.</w:t>
      </w:r>
    </w:p>
    <w:p w14:paraId="1B29F531" w14:textId="77777777" w:rsidR="004F2A70" w:rsidRDefault="00000000">
      <w:pPr>
        <w:numPr>
          <w:ilvl w:val="2"/>
          <w:numId w:val="10"/>
        </w:numPr>
      </w:pPr>
      <w:r>
        <w:t>They shall have overall responsibility for the promotion and development of the group.</w:t>
      </w:r>
    </w:p>
    <w:p w14:paraId="1EF261EB" w14:textId="77777777" w:rsidR="004F2A70" w:rsidRDefault="00000000">
      <w:pPr>
        <w:numPr>
          <w:ilvl w:val="2"/>
          <w:numId w:val="10"/>
        </w:numPr>
      </w:pPr>
      <w:r>
        <w:t>Ensure that the group does not contravene The Guild’s Byelaws or any guidelines or policy of the Activities team.</w:t>
      </w:r>
    </w:p>
    <w:p w14:paraId="0DD92A1C" w14:textId="77777777" w:rsidR="004F2A70" w:rsidRDefault="00000000">
      <w:pPr>
        <w:numPr>
          <w:ilvl w:val="2"/>
          <w:numId w:val="10"/>
        </w:numPr>
      </w:pPr>
      <w:r>
        <w:t xml:space="preserve">They shall have the responsibility to write and sign off financial forms of the society and to ensure the group meets the Guilds financial regulations </w:t>
      </w:r>
      <w:proofErr w:type="gramStart"/>
      <w:r>
        <w:t>in regards to</w:t>
      </w:r>
      <w:proofErr w:type="gramEnd"/>
      <w:r>
        <w:t xml:space="preserve"> financial compliance.</w:t>
      </w:r>
    </w:p>
    <w:p w14:paraId="4DF77502" w14:textId="77777777" w:rsidR="004F2A70" w:rsidRDefault="00000000">
      <w:pPr>
        <w:numPr>
          <w:ilvl w:val="2"/>
          <w:numId w:val="10"/>
        </w:numPr>
      </w:pPr>
      <w:r>
        <w:t>The President has the overall responsibility to respond to communication from the Activities Team</w:t>
      </w:r>
    </w:p>
    <w:p w14:paraId="0F312DCF" w14:textId="77777777" w:rsidR="004F2A70" w:rsidRDefault="00000000">
      <w:pPr>
        <w:numPr>
          <w:ilvl w:val="2"/>
          <w:numId w:val="10"/>
        </w:numPr>
      </w:pPr>
      <w:r>
        <w:t>They shall run at least one trip per term.</w:t>
      </w:r>
    </w:p>
    <w:p w14:paraId="06B2565E" w14:textId="77777777" w:rsidR="004F2A70" w:rsidRDefault="6F098C3B" w:rsidP="6F098C3B">
      <w:pPr>
        <w:numPr>
          <w:ilvl w:val="2"/>
          <w:numId w:val="10"/>
        </w:numPr>
      </w:pPr>
      <w:r w:rsidRPr="6F098C3B">
        <w:t>They shall communicate with current and potential sponsors.</w:t>
      </w:r>
    </w:p>
    <w:p w14:paraId="2EDADB76" w14:textId="0CBD1520" w:rsidR="2A7EBC42" w:rsidRDefault="2A7EBC42" w:rsidP="6F098C3B">
      <w:pPr>
        <w:numPr>
          <w:ilvl w:val="1"/>
          <w:numId w:val="10"/>
        </w:numPr>
      </w:pPr>
      <w:r w:rsidRPr="6F098C3B">
        <w:t>Vice-President</w:t>
      </w:r>
    </w:p>
    <w:p w14:paraId="507B64FF" w14:textId="77777777" w:rsidR="2A7EBC42" w:rsidRDefault="2A7EBC42" w:rsidP="6F098C3B">
      <w:pPr>
        <w:pStyle w:val="ListParagraph"/>
        <w:numPr>
          <w:ilvl w:val="2"/>
          <w:numId w:val="10"/>
        </w:numPr>
      </w:pPr>
      <w:r w:rsidRPr="6F098C3B">
        <w:t>The Vice-President will support and deputise for the President, providing leadership and direction to the other Committee roles where required.</w:t>
      </w:r>
    </w:p>
    <w:p w14:paraId="5BD1A95A" w14:textId="77777777" w:rsidR="2A7EBC42" w:rsidRDefault="2A7EBC42" w:rsidP="6F098C3B">
      <w:pPr>
        <w:pStyle w:val="ListParagraph"/>
        <w:numPr>
          <w:ilvl w:val="2"/>
          <w:numId w:val="10"/>
        </w:numPr>
      </w:pPr>
      <w:r w:rsidRPr="6F098C3B">
        <w:t>They shall support the other Committee roles to deliver their remit and work to ensure all Members are engaging with the group.</w:t>
      </w:r>
    </w:p>
    <w:p w14:paraId="52B2CA89" w14:textId="77777777" w:rsidR="2A7EBC42" w:rsidRDefault="2A7EBC42" w:rsidP="6F098C3B">
      <w:pPr>
        <w:pStyle w:val="ListParagraph"/>
        <w:numPr>
          <w:ilvl w:val="2"/>
          <w:numId w:val="10"/>
        </w:numPr>
      </w:pPr>
      <w:r w:rsidRPr="6F098C3B">
        <w:t>They shall organise an outdoor first-aid qualification course, available to all members and subsidised by the group.</w:t>
      </w:r>
    </w:p>
    <w:p w14:paraId="23489D6E" w14:textId="77777777" w:rsidR="2A7EBC42" w:rsidRDefault="2A7EBC42" w:rsidP="6F098C3B">
      <w:pPr>
        <w:pStyle w:val="ListParagraph"/>
        <w:numPr>
          <w:ilvl w:val="2"/>
          <w:numId w:val="10"/>
        </w:numPr>
      </w:pPr>
      <w:r w:rsidRPr="6F098C3B">
        <w:t>They shall run at least one trip per term.</w:t>
      </w:r>
    </w:p>
    <w:p w14:paraId="41412D12" w14:textId="20DB75ED" w:rsidR="2A7EBC42" w:rsidRDefault="2A7EBC42" w:rsidP="6F098C3B">
      <w:pPr>
        <w:pStyle w:val="ListParagraph"/>
        <w:numPr>
          <w:ilvl w:val="2"/>
          <w:numId w:val="10"/>
        </w:numPr>
      </w:pPr>
      <w:r w:rsidRPr="6F098C3B">
        <w:t>They shall run the annual Christmas Trip</w:t>
      </w:r>
    </w:p>
    <w:p w14:paraId="63E106B2" w14:textId="77777777" w:rsidR="004F2A70" w:rsidRDefault="00000000">
      <w:pPr>
        <w:numPr>
          <w:ilvl w:val="1"/>
          <w:numId w:val="10"/>
        </w:numPr>
      </w:pPr>
      <w:r>
        <w:t>Treasurer</w:t>
      </w:r>
    </w:p>
    <w:p w14:paraId="54069445" w14:textId="77777777" w:rsidR="004F2A70" w:rsidRDefault="00000000">
      <w:pPr>
        <w:numPr>
          <w:ilvl w:val="2"/>
          <w:numId w:val="10"/>
        </w:numPr>
      </w:pPr>
      <w:r>
        <w:lastRenderedPageBreak/>
        <w:t>The treasurer shall be the chief financial officer and accountant for the group.</w:t>
      </w:r>
    </w:p>
    <w:p w14:paraId="571C60A0" w14:textId="77777777" w:rsidR="004F2A70" w:rsidRDefault="00000000">
      <w:pPr>
        <w:numPr>
          <w:ilvl w:val="2"/>
          <w:numId w:val="10"/>
        </w:numPr>
      </w:pPr>
      <w:r>
        <w:t>The treasurer shall attend meetings with their elected representative officer, as the representative of the group.</w:t>
      </w:r>
    </w:p>
    <w:p w14:paraId="78906982" w14:textId="77777777" w:rsidR="004F2A70" w:rsidRDefault="00000000">
      <w:pPr>
        <w:numPr>
          <w:ilvl w:val="2"/>
          <w:numId w:val="10"/>
        </w:numPr>
      </w:pPr>
      <w:r>
        <w:t>The treasurer shall set and oversee the production of an annual budget and present a financial report to all members at the AGM.</w:t>
      </w:r>
    </w:p>
    <w:p w14:paraId="17896E65" w14:textId="77777777" w:rsidR="004F2A70" w:rsidRDefault="00000000">
      <w:pPr>
        <w:numPr>
          <w:ilvl w:val="2"/>
          <w:numId w:val="10"/>
        </w:numPr>
      </w:pPr>
      <w:r>
        <w:t>They shall ensure that all members have purchased a membership.</w:t>
      </w:r>
    </w:p>
    <w:p w14:paraId="005737A2" w14:textId="77777777" w:rsidR="004F2A70" w:rsidRDefault="00000000">
      <w:pPr>
        <w:numPr>
          <w:ilvl w:val="2"/>
          <w:numId w:val="10"/>
        </w:numPr>
      </w:pPr>
      <w:r>
        <w:t xml:space="preserve">They shall have the responsibility to write and sign off financial forms of the society and to ensure the group meets the Guilds financial regulations </w:t>
      </w:r>
      <w:proofErr w:type="gramStart"/>
      <w:r>
        <w:t>in regards to</w:t>
      </w:r>
      <w:proofErr w:type="gramEnd"/>
      <w:r>
        <w:t xml:space="preserve"> financial compliance.</w:t>
      </w:r>
    </w:p>
    <w:p w14:paraId="61B5F332" w14:textId="77777777" w:rsidR="004F2A70" w:rsidRDefault="6F098C3B">
      <w:pPr>
        <w:numPr>
          <w:ilvl w:val="2"/>
          <w:numId w:val="10"/>
        </w:numPr>
      </w:pPr>
      <w:r w:rsidRPr="6F098C3B">
        <w:t>They shall run at least one trip per term.</w:t>
      </w:r>
    </w:p>
    <w:p w14:paraId="5C8F897B" w14:textId="77777777" w:rsidR="004F2A70" w:rsidRDefault="00000000">
      <w:pPr>
        <w:numPr>
          <w:ilvl w:val="1"/>
          <w:numId w:val="10"/>
        </w:numPr>
      </w:pPr>
      <w:r>
        <w:t>General Secretary</w:t>
      </w:r>
    </w:p>
    <w:p w14:paraId="4A3B06D5" w14:textId="77777777" w:rsidR="004F2A70" w:rsidRDefault="00000000">
      <w:pPr>
        <w:numPr>
          <w:ilvl w:val="2"/>
          <w:numId w:val="10"/>
        </w:numPr>
      </w:pPr>
      <w:r>
        <w:t>The Secretary shall take minutes of all meetings.</w:t>
      </w:r>
    </w:p>
    <w:p w14:paraId="64F13F44" w14:textId="77777777" w:rsidR="004F2A70" w:rsidRDefault="00000000">
      <w:pPr>
        <w:numPr>
          <w:ilvl w:val="2"/>
          <w:numId w:val="10"/>
        </w:numPr>
      </w:pPr>
      <w:r>
        <w:t>They shall be responsible for termly communications to the membership.</w:t>
      </w:r>
    </w:p>
    <w:p w14:paraId="62D36165" w14:textId="77777777" w:rsidR="004F2A70" w:rsidRDefault="00000000">
      <w:pPr>
        <w:numPr>
          <w:ilvl w:val="2"/>
          <w:numId w:val="10"/>
        </w:numPr>
      </w:pPr>
      <w:r>
        <w:t>Should be responsible for booking any Guild or university rooms for the group.</w:t>
      </w:r>
    </w:p>
    <w:p w14:paraId="578AEDBF" w14:textId="77777777" w:rsidR="004F2A70" w:rsidRDefault="6F098C3B" w:rsidP="6F098C3B">
      <w:pPr>
        <w:numPr>
          <w:ilvl w:val="2"/>
          <w:numId w:val="10"/>
        </w:numPr>
      </w:pPr>
      <w:r w:rsidRPr="6F098C3B">
        <w:t>They shall run at least one trip per term.</w:t>
      </w:r>
    </w:p>
    <w:p w14:paraId="0FF5FB34" w14:textId="2906FBA9" w:rsidR="3021734F" w:rsidRDefault="3021734F" w:rsidP="6F098C3B">
      <w:pPr>
        <w:numPr>
          <w:ilvl w:val="1"/>
          <w:numId w:val="10"/>
        </w:numPr>
      </w:pPr>
      <w:r w:rsidRPr="6F098C3B">
        <w:t>Events Secretary</w:t>
      </w:r>
    </w:p>
    <w:p w14:paraId="49076566" w14:textId="6A857374" w:rsidR="3021734F" w:rsidRDefault="3021734F" w:rsidP="6F098C3B">
      <w:pPr>
        <w:numPr>
          <w:ilvl w:val="2"/>
          <w:numId w:val="10"/>
        </w:numPr>
      </w:pPr>
      <w:r w:rsidRPr="6F098C3B">
        <w:t>They shall oversee the planning and running of any yearly events, including but not limited to the below.</w:t>
      </w:r>
    </w:p>
    <w:p w14:paraId="0368091F" w14:textId="170FD9AA" w:rsidR="3021734F" w:rsidRDefault="3021734F" w:rsidP="6F098C3B">
      <w:pPr>
        <w:numPr>
          <w:ilvl w:val="2"/>
          <w:numId w:val="10"/>
        </w:numPr>
      </w:pPr>
      <w:r w:rsidRPr="6F098C3B">
        <w:t>A Winter Ball, a Summer Ball, a competition-style event in both term one and term two.</w:t>
      </w:r>
    </w:p>
    <w:p w14:paraId="20A6D134" w14:textId="1AFF7948" w:rsidR="6CDA5254" w:rsidRDefault="6CDA5254" w:rsidP="6F098C3B">
      <w:pPr>
        <w:numPr>
          <w:ilvl w:val="2"/>
          <w:numId w:val="10"/>
        </w:numPr>
      </w:pPr>
      <w:r w:rsidRPr="6F098C3B">
        <w:t>They shall run at least one trip per term.</w:t>
      </w:r>
    </w:p>
    <w:p w14:paraId="551C142A" w14:textId="77777777" w:rsidR="004F2A70" w:rsidRDefault="00000000">
      <w:pPr>
        <w:numPr>
          <w:ilvl w:val="1"/>
          <w:numId w:val="10"/>
        </w:numPr>
      </w:pPr>
      <w:r>
        <w:t>Social Secretary</w:t>
      </w:r>
    </w:p>
    <w:p w14:paraId="2CAF5DCE" w14:textId="77777777" w:rsidR="004F2A70" w:rsidRDefault="00000000">
      <w:pPr>
        <w:numPr>
          <w:ilvl w:val="2"/>
          <w:numId w:val="10"/>
        </w:numPr>
      </w:pPr>
      <w:r>
        <w:t>Social secretaries are responsible for organising and running regular social events for members.</w:t>
      </w:r>
    </w:p>
    <w:p w14:paraId="7CEAD352" w14:textId="77777777" w:rsidR="004F2A70" w:rsidRDefault="00000000">
      <w:pPr>
        <w:numPr>
          <w:ilvl w:val="2"/>
          <w:numId w:val="10"/>
        </w:numPr>
      </w:pPr>
      <w:r>
        <w:t>Socials should involve a variety of activities including sober events.</w:t>
      </w:r>
    </w:p>
    <w:p w14:paraId="64C879A5" w14:textId="77777777" w:rsidR="004F2A70" w:rsidRDefault="00000000">
      <w:pPr>
        <w:numPr>
          <w:ilvl w:val="2"/>
          <w:numId w:val="10"/>
        </w:numPr>
      </w:pPr>
      <w:r>
        <w:t>They will organise and run a summer ball; communicate with a venue, and organise the menu, tickets, decorations, and music.</w:t>
      </w:r>
    </w:p>
    <w:p w14:paraId="223D3779" w14:textId="77777777" w:rsidR="004F2A70" w:rsidRDefault="00000000">
      <w:pPr>
        <w:numPr>
          <w:ilvl w:val="2"/>
          <w:numId w:val="10"/>
        </w:numPr>
      </w:pPr>
      <w:r>
        <w:t>They will organise and run a Christmas ball; communicate with a venue, and organise the menu, tickets, decorations and music.</w:t>
      </w:r>
    </w:p>
    <w:p w14:paraId="5FA41FF4" w14:textId="77777777" w:rsidR="004F2A70" w:rsidRDefault="00000000">
      <w:pPr>
        <w:numPr>
          <w:ilvl w:val="2"/>
          <w:numId w:val="10"/>
        </w:numPr>
      </w:pPr>
      <w:r>
        <w:t>They shall run at least one trip per term.</w:t>
      </w:r>
    </w:p>
    <w:p w14:paraId="412DB6D7" w14:textId="77777777" w:rsidR="004F2A70" w:rsidRDefault="00000000">
      <w:pPr>
        <w:numPr>
          <w:ilvl w:val="1"/>
          <w:numId w:val="10"/>
        </w:numPr>
      </w:pPr>
      <w:r>
        <w:t>Publicity Officer</w:t>
      </w:r>
    </w:p>
    <w:p w14:paraId="01EEB497" w14:textId="77777777" w:rsidR="004F2A70" w:rsidRDefault="00000000">
      <w:pPr>
        <w:numPr>
          <w:ilvl w:val="2"/>
          <w:numId w:val="10"/>
        </w:numPr>
      </w:pPr>
      <w:r>
        <w:t>Publicity officers will be given full access to and control over group social media accounts (Facebook, Instagram and Snapchat)</w:t>
      </w:r>
    </w:p>
    <w:p w14:paraId="3FAE67F1" w14:textId="77777777" w:rsidR="004F2A70" w:rsidRDefault="00000000">
      <w:pPr>
        <w:numPr>
          <w:ilvl w:val="2"/>
          <w:numId w:val="10"/>
        </w:numPr>
      </w:pPr>
      <w:r>
        <w:t>They take the lead in organising welcome week event materials, booking stalls, and producing flyers and stickers.</w:t>
      </w:r>
    </w:p>
    <w:p w14:paraId="719C099A" w14:textId="77777777" w:rsidR="004F2A70" w:rsidRDefault="00000000">
      <w:pPr>
        <w:numPr>
          <w:ilvl w:val="2"/>
          <w:numId w:val="10"/>
        </w:numPr>
      </w:pPr>
      <w:r>
        <w:t>They shall run at least one trip per term.</w:t>
      </w:r>
    </w:p>
    <w:p w14:paraId="6B3248E3" w14:textId="77777777" w:rsidR="004F2A70" w:rsidRDefault="00000000">
      <w:pPr>
        <w:numPr>
          <w:ilvl w:val="2"/>
          <w:numId w:val="10"/>
        </w:numPr>
      </w:pPr>
      <w:r>
        <w:t>They shall be responsible for responding to any external mail sent to the group.</w:t>
      </w:r>
    </w:p>
    <w:p w14:paraId="31207B7A" w14:textId="77777777" w:rsidR="004F2A70" w:rsidRDefault="00000000">
      <w:pPr>
        <w:numPr>
          <w:ilvl w:val="1"/>
          <w:numId w:val="10"/>
        </w:numPr>
      </w:pPr>
      <w:r>
        <w:t>Kit Officer</w:t>
      </w:r>
    </w:p>
    <w:p w14:paraId="557582AB" w14:textId="77777777" w:rsidR="004F2A70" w:rsidRDefault="00000000">
      <w:pPr>
        <w:numPr>
          <w:ilvl w:val="2"/>
          <w:numId w:val="10"/>
        </w:numPr>
      </w:pPr>
      <w:r>
        <w:t xml:space="preserve">The Kit Officer will </w:t>
      </w:r>
      <w:proofErr w:type="gramStart"/>
      <w:r>
        <w:t>be in charge of</w:t>
      </w:r>
      <w:proofErr w:type="gramEnd"/>
      <w:r>
        <w:t xml:space="preserve"> the group kit held in Cornwall House storage room.</w:t>
      </w:r>
    </w:p>
    <w:p w14:paraId="2B89178E" w14:textId="77777777" w:rsidR="004F2A70" w:rsidRDefault="00000000">
      <w:pPr>
        <w:numPr>
          <w:ilvl w:val="2"/>
          <w:numId w:val="10"/>
        </w:numPr>
      </w:pPr>
      <w:r>
        <w:t>They should conduct regular inventory, cleaning, and maintenance.</w:t>
      </w:r>
    </w:p>
    <w:p w14:paraId="1B5789CD" w14:textId="77777777" w:rsidR="004F2A70" w:rsidRDefault="00000000">
      <w:pPr>
        <w:numPr>
          <w:ilvl w:val="2"/>
          <w:numId w:val="10"/>
        </w:numPr>
      </w:pPr>
      <w:r>
        <w:t>They should communicate with trip leaders to distribute and collect the kit.</w:t>
      </w:r>
    </w:p>
    <w:p w14:paraId="2E0059C7" w14:textId="77777777" w:rsidR="004F2A70" w:rsidRDefault="00000000">
      <w:pPr>
        <w:numPr>
          <w:ilvl w:val="2"/>
          <w:numId w:val="10"/>
        </w:numPr>
      </w:pPr>
      <w:r>
        <w:lastRenderedPageBreak/>
        <w:t>They shall run at least one trip per term.</w:t>
      </w:r>
    </w:p>
    <w:p w14:paraId="0CA70BEE" w14:textId="77777777" w:rsidR="004F2A70" w:rsidRDefault="00000000">
      <w:pPr>
        <w:numPr>
          <w:ilvl w:val="1"/>
          <w:numId w:val="10"/>
        </w:numPr>
      </w:pPr>
      <w:r>
        <w:t>Summer/Trip Leader</w:t>
      </w:r>
    </w:p>
    <w:p w14:paraId="1091CC3F" w14:textId="77777777" w:rsidR="004F2A70" w:rsidRDefault="00000000">
      <w:pPr>
        <w:numPr>
          <w:ilvl w:val="2"/>
          <w:numId w:val="10"/>
        </w:numPr>
      </w:pPr>
      <w:r>
        <w:t>Trip leaders shall run at least one trip per term.</w:t>
      </w:r>
    </w:p>
    <w:p w14:paraId="65F7027A" w14:textId="77777777" w:rsidR="004F2A70" w:rsidRDefault="6F098C3B" w:rsidP="6F098C3B">
      <w:pPr>
        <w:numPr>
          <w:ilvl w:val="2"/>
          <w:numId w:val="10"/>
        </w:numPr>
      </w:pPr>
      <w:r w:rsidRPr="6F098C3B">
        <w:t>They are responsible for creating a budget, contacting campsites, planning routes, food shopping and transportation for their trip.</w:t>
      </w:r>
    </w:p>
    <w:p w14:paraId="7347ABD2" w14:textId="4A7B06F3" w:rsidR="455D9C4A" w:rsidRDefault="455D9C4A" w:rsidP="6F098C3B">
      <w:pPr>
        <w:numPr>
          <w:ilvl w:val="2"/>
          <w:numId w:val="10"/>
        </w:numPr>
      </w:pPr>
      <w:r w:rsidRPr="6F098C3B">
        <w:t xml:space="preserve">Two </w:t>
      </w:r>
      <w:r w:rsidR="61815B54" w:rsidRPr="6F098C3B">
        <w:t xml:space="preserve">of the eight </w:t>
      </w:r>
      <w:r w:rsidRPr="6F098C3B">
        <w:t>trip leaders shall be by-elected in term one and be required to run a trip in term two.</w:t>
      </w:r>
    </w:p>
    <w:p w14:paraId="75AE4163" w14:textId="77777777" w:rsidR="004F2A70" w:rsidRDefault="00000000">
      <w:pPr>
        <w:numPr>
          <w:ilvl w:val="1"/>
          <w:numId w:val="10"/>
        </w:numPr>
      </w:pPr>
      <w:r>
        <w:t>Stash Secretary</w:t>
      </w:r>
    </w:p>
    <w:p w14:paraId="0441E9AA" w14:textId="77777777" w:rsidR="004F2A70" w:rsidRDefault="00000000">
      <w:pPr>
        <w:numPr>
          <w:ilvl w:val="2"/>
          <w:numId w:val="10"/>
        </w:numPr>
      </w:pPr>
      <w:r>
        <w:t>The stash secretary is responsible for communicating with clothing suppliers and selecting the design, type, and quantity of items available to members.</w:t>
      </w:r>
    </w:p>
    <w:p w14:paraId="136B6BDD" w14:textId="77777777" w:rsidR="004F2A70" w:rsidRDefault="00000000">
      <w:pPr>
        <w:numPr>
          <w:ilvl w:val="2"/>
          <w:numId w:val="10"/>
        </w:numPr>
      </w:pPr>
      <w:r>
        <w:t>They shall arrange the ordering of committee t shirts</w:t>
      </w:r>
    </w:p>
    <w:p w14:paraId="0A220F11" w14:textId="77777777" w:rsidR="004F2A70" w:rsidRDefault="00000000">
      <w:pPr>
        <w:numPr>
          <w:ilvl w:val="2"/>
          <w:numId w:val="10"/>
        </w:numPr>
      </w:pPr>
      <w:r>
        <w:t>They should make stash available for members to purchase online and are responsible for the distribution of items.</w:t>
      </w:r>
    </w:p>
    <w:p w14:paraId="5AC7A389" w14:textId="77777777" w:rsidR="004F2A70" w:rsidRDefault="00000000">
      <w:pPr>
        <w:numPr>
          <w:ilvl w:val="2"/>
          <w:numId w:val="10"/>
        </w:numPr>
      </w:pPr>
      <w:r>
        <w:t>They shall run at least one trip per term.</w:t>
      </w:r>
    </w:p>
    <w:p w14:paraId="6B98E2EC" w14:textId="77777777" w:rsidR="004F2A70" w:rsidRDefault="00000000">
      <w:pPr>
        <w:numPr>
          <w:ilvl w:val="1"/>
          <w:numId w:val="10"/>
        </w:numPr>
      </w:pPr>
      <w:r>
        <w:t>Welfare Secretary</w:t>
      </w:r>
    </w:p>
    <w:p w14:paraId="167E4B6B" w14:textId="77777777" w:rsidR="004F2A70" w:rsidRDefault="00000000">
      <w:pPr>
        <w:numPr>
          <w:ilvl w:val="2"/>
          <w:numId w:val="10"/>
        </w:numPr>
      </w:pPr>
      <w:r>
        <w:t>Provide information and resources to members about mental health, including counselling and support services.</w:t>
      </w:r>
    </w:p>
    <w:p w14:paraId="4AFB2131" w14:textId="77777777" w:rsidR="004F2A70" w:rsidRDefault="00000000">
      <w:pPr>
        <w:numPr>
          <w:ilvl w:val="2"/>
          <w:numId w:val="10"/>
        </w:numPr>
      </w:pPr>
      <w:r>
        <w:t>Provide guidance on responsible drinking and the dangers of alcohol abuse.</w:t>
      </w:r>
    </w:p>
    <w:p w14:paraId="00966721" w14:textId="77777777" w:rsidR="004F2A70" w:rsidRDefault="00000000">
      <w:pPr>
        <w:numPr>
          <w:ilvl w:val="2"/>
          <w:numId w:val="10"/>
        </w:numPr>
      </w:pPr>
      <w:r>
        <w:t>Provide support and guidance to members while respecting their privacy and individual needs.</w:t>
      </w:r>
    </w:p>
    <w:p w14:paraId="3B870F7A" w14:textId="77777777" w:rsidR="004F2A70" w:rsidRDefault="00000000">
      <w:pPr>
        <w:numPr>
          <w:ilvl w:val="2"/>
          <w:numId w:val="10"/>
        </w:numPr>
      </w:pPr>
      <w:r>
        <w:t>Work with members to identify any other accessibility needs and make appropriate adjustments.</w:t>
      </w:r>
    </w:p>
    <w:p w14:paraId="3A2F2879" w14:textId="77777777" w:rsidR="004F2A70" w:rsidRDefault="00000000">
      <w:pPr>
        <w:numPr>
          <w:ilvl w:val="0"/>
          <w:numId w:val="10"/>
        </w:numPr>
        <w:spacing w:before="120"/>
      </w:pPr>
      <w:r>
        <w:rPr>
          <w:b/>
        </w:rPr>
        <w:t>Finance</w:t>
      </w:r>
    </w:p>
    <w:p w14:paraId="6AA092F4" w14:textId="77777777" w:rsidR="004F2A70" w:rsidRDefault="00000000">
      <w:pPr>
        <w:numPr>
          <w:ilvl w:val="1"/>
          <w:numId w:val="10"/>
        </w:numPr>
      </w:pPr>
      <w:r>
        <w:t>The group’s finances shall be administered by The Guild, on behalf of the group’s members. Such funds will be held in trust by The Guild on behalf of the group and shall not be used for purposes other than the group’s aims and objectives.</w:t>
      </w:r>
    </w:p>
    <w:p w14:paraId="6225B9A9" w14:textId="77777777" w:rsidR="004F2A70" w:rsidRDefault="00000000">
      <w:pPr>
        <w:numPr>
          <w:ilvl w:val="1"/>
          <w:numId w:val="10"/>
        </w:numPr>
      </w:pPr>
      <w:r>
        <w:t xml:space="preserve">All funds shall be used to </w:t>
      </w:r>
      <w:proofErr w:type="gramStart"/>
      <w:r>
        <w:t>benefit the largest number of members possible at all times</w:t>
      </w:r>
      <w:proofErr w:type="gramEnd"/>
      <w:r>
        <w:t>.</w:t>
      </w:r>
    </w:p>
    <w:p w14:paraId="1C498BC5" w14:textId="77777777" w:rsidR="004F2A70" w:rsidRDefault="00000000">
      <w:pPr>
        <w:numPr>
          <w:ilvl w:val="1"/>
          <w:numId w:val="10"/>
        </w:numPr>
      </w:pPr>
      <w:r>
        <w:t>Where the group is dormant, The Guild will hold funds in trust until a time when the group becomes active again or is disaffiliated from the Students’ Guild.</w:t>
      </w:r>
    </w:p>
    <w:p w14:paraId="588C584D" w14:textId="77777777" w:rsidR="004F2A70" w:rsidRDefault="00000000">
      <w:pPr>
        <w:numPr>
          <w:ilvl w:val="1"/>
          <w:numId w:val="10"/>
        </w:numPr>
      </w:pPr>
      <w:r>
        <w:t>The group shall follow all Guild financial guidelines and shall ensure that all monies are handled through the respective Guild accounts.</w:t>
      </w:r>
    </w:p>
    <w:p w14:paraId="760AF97D" w14:textId="77777777" w:rsidR="004F2A70" w:rsidRDefault="00000000">
      <w:pPr>
        <w:numPr>
          <w:ilvl w:val="1"/>
          <w:numId w:val="10"/>
        </w:numPr>
      </w:pPr>
      <w:r>
        <w:t>The committee can endeavour to secure external sponsorship for the group. Any sponsorship agreement must be approved by the Activities team prior to the signing of an agreement or money being received.</w:t>
      </w:r>
    </w:p>
    <w:p w14:paraId="3E087C7E" w14:textId="77777777" w:rsidR="004F2A70" w:rsidRDefault="00000000">
      <w:pPr>
        <w:numPr>
          <w:ilvl w:val="1"/>
          <w:numId w:val="10"/>
        </w:numPr>
      </w:pPr>
      <w:r>
        <w:t>Any equipment or other items purchased by the group using group funds shall remain the property of The Guild.</w:t>
      </w:r>
    </w:p>
    <w:p w14:paraId="2F67A9F9" w14:textId="77777777" w:rsidR="004F2A70" w:rsidRDefault="00000000">
      <w:pPr>
        <w:numPr>
          <w:ilvl w:val="1"/>
          <w:numId w:val="10"/>
        </w:numPr>
      </w:pPr>
      <w:r>
        <w:t>The group does not accept any refunds for tickets purchased for events or expeditions, apart from extreme cases.</w:t>
      </w:r>
    </w:p>
    <w:p w14:paraId="25AC3FB0" w14:textId="77777777" w:rsidR="004F2A70" w:rsidRDefault="00000000">
      <w:pPr>
        <w:numPr>
          <w:ilvl w:val="1"/>
          <w:numId w:val="10"/>
        </w:numPr>
      </w:pPr>
      <w:r>
        <w:t xml:space="preserve">The group will seek advice from The Guild before it enters </w:t>
      </w:r>
      <w:proofErr w:type="gramStart"/>
      <w:r>
        <w:t>in to</w:t>
      </w:r>
      <w:proofErr w:type="gramEnd"/>
      <w:r>
        <w:t xml:space="preserve"> any contract or legally binding arrangement</w:t>
      </w:r>
    </w:p>
    <w:p w14:paraId="4F7A81B3" w14:textId="77777777" w:rsidR="004F2A70" w:rsidRDefault="00000000">
      <w:pPr>
        <w:numPr>
          <w:ilvl w:val="1"/>
          <w:numId w:val="10"/>
        </w:numPr>
      </w:pPr>
      <w:r>
        <w:t>The group will ensure they have sufficient funds available to fund their activities and keep financial records and budgets to ensure financial, regulatory and legal compliance.</w:t>
      </w:r>
    </w:p>
    <w:p w14:paraId="354473C2" w14:textId="77777777" w:rsidR="004F2A70" w:rsidRDefault="00000000">
      <w:pPr>
        <w:numPr>
          <w:ilvl w:val="0"/>
          <w:numId w:val="10"/>
        </w:numPr>
        <w:spacing w:before="120"/>
      </w:pPr>
      <w:r>
        <w:rPr>
          <w:b/>
        </w:rPr>
        <w:lastRenderedPageBreak/>
        <w:t>Safety</w:t>
      </w:r>
    </w:p>
    <w:p w14:paraId="30BBFAEF" w14:textId="77777777" w:rsidR="004F2A70" w:rsidRDefault="00000000">
      <w:pPr>
        <w:numPr>
          <w:ilvl w:val="1"/>
          <w:numId w:val="10"/>
        </w:numPr>
      </w:pPr>
      <w:r>
        <w:t>As part of the Guild, societies are required to comply with the Guild’s safety and compliance policies. The Guild maintains oversight of society activities, and all risk assessments must be reviewed and approved before any activity can take place.</w:t>
      </w:r>
    </w:p>
    <w:p w14:paraId="474C0B3F" w14:textId="77777777" w:rsidR="004F2A70" w:rsidRDefault="00000000">
      <w:pPr>
        <w:numPr>
          <w:ilvl w:val="1"/>
          <w:numId w:val="10"/>
        </w:numPr>
      </w:pPr>
      <w:r>
        <w:t>The group will follow all guidelines and policies laid down by the Activities Team and The Guild.</w:t>
      </w:r>
    </w:p>
    <w:p w14:paraId="167A289D" w14:textId="77777777" w:rsidR="004F2A70" w:rsidRDefault="00000000">
      <w:pPr>
        <w:numPr>
          <w:ilvl w:val="1"/>
          <w:numId w:val="10"/>
        </w:numPr>
      </w:pPr>
      <w:r>
        <w:t>The committee must complete their due diligence by risk-assessing all events and activities organised by them in line with Guild procedures.</w:t>
      </w:r>
    </w:p>
    <w:p w14:paraId="7664746A" w14:textId="77777777" w:rsidR="004F2A70" w:rsidRDefault="00000000">
      <w:pPr>
        <w:numPr>
          <w:ilvl w:val="1"/>
          <w:numId w:val="10"/>
        </w:numPr>
      </w:pPr>
      <w:r>
        <w:t>All events undertaken by the group must be submitted to and approved by the Activities Team within the stated deadlines.</w:t>
      </w:r>
    </w:p>
    <w:p w14:paraId="65C0B908" w14:textId="77777777" w:rsidR="004F2A70" w:rsidRDefault="00000000">
      <w:pPr>
        <w:numPr>
          <w:ilvl w:val="1"/>
          <w:numId w:val="10"/>
        </w:numPr>
      </w:pPr>
      <w:r>
        <w:t>Trips may be cancelled or turned around last minute/during the trip if the committee members running the trip deem it unsafe to carry on.</w:t>
      </w:r>
    </w:p>
    <w:p w14:paraId="16A6B4EF" w14:textId="77777777" w:rsidR="004F2A70" w:rsidRDefault="00000000">
      <w:pPr>
        <w:numPr>
          <w:ilvl w:val="1"/>
          <w:numId w:val="10"/>
        </w:numPr>
      </w:pPr>
      <w:r>
        <w:t>The group can set rules regarding safety on trips to which members on the trip must adhere.</w:t>
      </w:r>
    </w:p>
    <w:p w14:paraId="0E39837D" w14:textId="77777777" w:rsidR="004F2A70" w:rsidRDefault="00000000">
      <w:pPr>
        <w:numPr>
          <w:ilvl w:val="1"/>
          <w:numId w:val="10"/>
        </w:numPr>
      </w:pPr>
      <w:r>
        <w:t>There may be circumstances where certain trips require set experience and ability and there are limited spaces available. In these circumstances, we will randomly select from those that are eligible.</w:t>
      </w:r>
    </w:p>
    <w:p w14:paraId="4AD8262D" w14:textId="77777777" w:rsidR="004F2A70" w:rsidRDefault="00000000">
      <w:pPr>
        <w:numPr>
          <w:ilvl w:val="0"/>
          <w:numId w:val="10"/>
        </w:numPr>
        <w:spacing w:before="120"/>
      </w:pPr>
      <w:r>
        <w:rPr>
          <w:b/>
        </w:rPr>
        <w:t>Elections</w:t>
      </w:r>
    </w:p>
    <w:p w14:paraId="780DF04F" w14:textId="77777777" w:rsidR="004F2A70" w:rsidRDefault="00000000">
      <w:pPr>
        <w:numPr>
          <w:ilvl w:val="1"/>
          <w:numId w:val="10"/>
        </w:numPr>
      </w:pPr>
      <w:r>
        <w:t>All the Executive Committee shall be elected. Voting shall be by single transferable vote and secret ballot, using the online election system provided by the Guild.</w:t>
      </w:r>
    </w:p>
    <w:p w14:paraId="4B00B717" w14:textId="77777777" w:rsidR="004F2A70" w:rsidRDefault="00000000">
      <w:pPr>
        <w:numPr>
          <w:ilvl w:val="1"/>
          <w:numId w:val="10"/>
        </w:numPr>
      </w:pPr>
      <w:r>
        <w:t>All full members of the group may stand for election in both executive and non- executive committee (sub-committee) positions.</w:t>
      </w:r>
    </w:p>
    <w:p w14:paraId="26EE5EA1" w14:textId="77777777" w:rsidR="004F2A70" w:rsidRDefault="00000000">
      <w:pPr>
        <w:numPr>
          <w:ilvl w:val="1"/>
          <w:numId w:val="10"/>
        </w:numPr>
      </w:pPr>
      <w:r>
        <w:t>Associate members may not stand or vote for executive committee positions.</w:t>
      </w:r>
    </w:p>
    <w:p w14:paraId="5DE9BB4E" w14:textId="77777777" w:rsidR="004F2A70" w:rsidRDefault="00000000">
      <w:pPr>
        <w:numPr>
          <w:ilvl w:val="1"/>
          <w:numId w:val="10"/>
        </w:numPr>
      </w:pPr>
      <w:r>
        <w:t>No committee members will serve for longer than one year without re-election.</w:t>
      </w:r>
    </w:p>
    <w:p w14:paraId="50873004" w14:textId="77777777" w:rsidR="004F2A70" w:rsidRDefault="00000000">
      <w:pPr>
        <w:numPr>
          <w:ilvl w:val="1"/>
          <w:numId w:val="10"/>
        </w:numPr>
      </w:pPr>
      <w:r>
        <w:t>Members should be given at least two weeks’ notice of any election.</w:t>
      </w:r>
    </w:p>
    <w:p w14:paraId="4FA1C622" w14:textId="77777777" w:rsidR="004F2A70" w:rsidRDefault="00000000">
      <w:pPr>
        <w:numPr>
          <w:ilvl w:val="1"/>
          <w:numId w:val="10"/>
        </w:numPr>
      </w:pPr>
      <w:r>
        <w:t>The group may hold by-elections at any point during the year if a position becomes vacant. The by-election may either be held at an Extraordinary General Meeting or online via The Guild website.</w:t>
      </w:r>
    </w:p>
    <w:p w14:paraId="7C0CA4A0" w14:textId="77777777" w:rsidR="004F2A70" w:rsidRDefault="00000000">
      <w:pPr>
        <w:numPr>
          <w:ilvl w:val="1"/>
          <w:numId w:val="10"/>
        </w:numPr>
      </w:pPr>
      <w:r>
        <w:t>By-elections shall follow the same regulations as regular elections.</w:t>
      </w:r>
    </w:p>
    <w:p w14:paraId="6112834D" w14:textId="77777777" w:rsidR="004F2A70" w:rsidRDefault="00000000">
      <w:pPr>
        <w:numPr>
          <w:ilvl w:val="0"/>
          <w:numId w:val="10"/>
        </w:numPr>
        <w:spacing w:before="120"/>
      </w:pPr>
      <w:r>
        <w:rPr>
          <w:b/>
        </w:rPr>
        <w:t>Meetings</w:t>
      </w:r>
    </w:p>
    <w:p w14:paraId="4AA1BC84" w14:textId="77777777" w:rsidR="004F2A70" w:rsidRDefault="00000000">
      <w:pPr>
        <w:numPr>
          <w:ilvl w:val="1"/>
          <w:numId w:val="10"/>
        </w:numPr>
      </w:pPr>
      <w:r>
        <w:t>Committee Meetings</w:t>
      </w:r>
    </w:p>
    <w:p w14:paraId="37F485EF" w14:textId="77777777" w:rsidR="004F2A70" w:rsidRDefault="00000000">
      <w:pPr>
        <w:numPr>
          <w:ilvl w:val="2"/>
          <w:numId w:val="10"/>
        </w:numPr>
      </w:pPr>
      <w:r>
        <w:t>Committees shall hold regular minuted meetings.</w:t>
      </w:r>
    </w:p>
    <w:p w14:paraId="612C1091" w14:textId="77777777" w:rsidR="004F2A70" w:rsidRDefault="00000000">
      <w:pPr>
        <w:numPr>
          <w:ilvl w:val="2"/>
          <w:numId w:val="10"/>
        </w:numPr>
      </w:pPr>
      <w:r>
        <w:t>Quoracy of Committee meetings shall be 50% of the executive committee plus one.</w:t>
      </w:r>
    </w:p>
    <w:p w14:paraId="770AE010" w14:textId="77777777" w:rsidR="004F2A70" w:rsidRDefault="00000000">
      <w:pPr>
        <w:numPr>
          <w:ilvl w:val="2"/>
          <w:numId w:val="10"/>
        </w:numPr>
      </w:pPr>
      <w:r>
        <w:t>Any member of the group is entitled to attend any committee meeting unless it is a closed meeting.</w:t>
      </w:r>
    </w:p>
    <w:p w14:paraId="7CA51E75" w14:textId="77777777" w:rsidR="004F2A70" w:rsidRDefault="00000000">
      <w:pPr>
        <w:numPr>
          <w:ilvl w:val="1"/>
          <w:numId w:val="10"/>
        </w:numPr>
      </w:pPr>
      <w:r>
        <w:t>Annual General Meeting</w:t>
      </w:r>
    </w:p>
    <w:p w14:paraId="76806CDF" w14:textId="77777777" w:rsidR="004F2A70" w:rsidRDefault="00000000">
      <w:pPr>
        <w:numPr>
          <w:ilvl w:val="2"/>
          <w:numId w:val="10"/>
        </w:numPr>
      </w:pPr>
      <w:r>
        <w:t>The group will hold an AGM before the end of Term 3, during which the following will take place:</w:t>
      </w:r>
    </w:p>
    <w:p w14:paraId="72CF80F0" w14:textId="77777777" w:rsidR="004F2A70" w:rsidRDefault="00000000">
      <w:pPr>
        <w:numPr>
          <w:ilvl w:val="3"/>
          <w:numId w:val="10"/>
        </w:numPr>
      </w:pPr>
      <w:r>
        <w:t>Each committee member will deliver an outgoing report of the year.</w:t>
      </w:r>
    </w:p>
    <w:p w14:paraId="04C11930" w14:textId="77777777" w:rsidR="004F2A70" w:rsidRDefault="00000000">
      <w:pPr>
        <w:numPr>
          <w:ilvl w:val="3"/>
          <w:numId w:val="10"/>
        </w:numPr>
      </w:pPr>
      <w:r>
        <w:t>The treasurer will present a report of the financial accounts.</w:t>
      </w:r>
    </w:p>
    <w:p w14:paraId="2019D18E" w14:textId="77777777" w:rsidR="004F2A70" w:rsidRDefault="00000000">
      <w:pPr>
        <w:numPr>
          <w:ilvl w:val="3"/>
          <w:numId w:val="10"/>
        </w:numPr>
      </w:pPr>
      <w:r>
        <w:t>Any constitutional amendments will be voted on.</w:t>
      </w:r>
    </w:p>
    <w:p w14:paraId="7B8E469D" w14:textId="77777777" w:rsidR="004F2A70" w:rsidRDefault="00000000">
      <w:pPr>
        <w:numPr>
          <w:ilvl w:val="2"/>
          <w:numId w:val="10"/>
        </w:numPr>
      </w:pPr>
      <w:r>
        <w:t>All members must be given at least two weeks’ notice of this meeting.</w:t>
      </w:r>
    </w:p>
    <w:p w14:paraId="4C69EE6C" w14:textId="77777777" w:rsidR="004F2A70" w:rsidRDefault="00000000">
      <w:pPr>
        <w:numPr>
          <w:ilvl w:val="1"/>
          <w:numId w:val="10"/>
        </w:numPr>
      </w:pPr>
      <w:r>
        <w:lastRenderedPageBreak/>
        <w:t>Extraordinary General Meetings</w:t>
      </w:r>
    </w:p>
    <w:p w14:paraId="6E1ED0A4" w14:textId="77777777" w:rsidR="004F2A70" w:rsidRDefault="00000000">
      <w:pPr>
        <w:numPr>
          <w:ilvl w:val="2"/>
          <w:numId w:val="10"/>
        </w:numPr>
      </w:pPr>
      <w:r>
        <w:t>An Extraordinary General Meeting (EGM) for a group may be requested by the committee or at least 10% of the group’s membership.</w:t>
      </w:r>
    </w:p>
    <w:p w14:paraId="50EAF0F9" w14:textId="77777777" w:rsidR="004F2A70" w:rsidRDefault="00000000">
      <w:pPr>
        <w:numPr>
          <w:ilvl w:val="2"/>
          <w:numId w:val="10"/>
        </w:numPr>
      </w:pPr>
      <w:r>
        <w:t xml:space="preserve">There must be a notice period of at least 24 hours before the </w:t>
      </w:r>
      <w:proofErr w:type="gramStart"/>
      <w:r>
        <w:t>EGM</w:t>
      </w:r>
      <w:proofErr w:type="gramEnd"/>
      <w:r>
        <w:t xml:space="preserve"> and all members of the group must be informed.</w:t>
      </w:r>
    </w:p>
    <w:p w14:paraId="7725B254" w14:textId="77777777" w:rsidR="004F2A70" w:rsidRDefault="00000000">
      <w:pPr>
        <w:numPr>
          <w:ilvl w:val="1"/>
          <w:numId w:val="10"/>
        </w:numPr>
      </w:pPr>
      <w:r>
        <w:t>The quoracy of an AGM or an EGM will be 20% of the group’s membership.</w:t>
      </w:r>
    </w:p>
    <w:sectPr w:rsidR="004F2A70" w:rsidSect="00034616">
      <w:pgSz w:w="12240" w:h="15840"/>
      <w:pgMar w:top="1152"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E1C0A20"/>
    <w:multiLevelType w:val="multilevel"/>
    <w:tmpl w:val="7A3B9C20"/>
    <w:lvl w:ilvl="0">
      <w:start w:val="1"/>
      <w:numFmt w:val="decimal"/>
      <w:lvlText w:val="%1"/>
      <w:lvlJc w:val="left"/>
      <w:pPr>
        <w:ind w:left="720" w:hanging="360"/>
      </w:pPr>
      <w:rPr>
        <w:b/>
        <w:i w:val="0"/>
      </w:rPr>
    </w:lvl>
    <w:lvl w:ilvl="1">
      <w:start w:val="1"/>
      <w:numFmt w:val="decimal"/>
      <w:lvlText w:val="%1.%2"/>
      <w:lvlJc w:val="left"/>
      <w:pPr>
        <w:ind w:left="1440" w:hanging="360"/>
      </w:pPr>
      <w:rPr>
        <w:b w:val="0"/>
        <w:i w:val="0"/>
      </w:rPr>
    </w:lvl>
    <w:lvl w:ilvl="2">
      <w:start w:val="1"/>
      <w:numFmt w:val="decimal"/>
      <w:lvlText w:val="%1.%2.%3"/>
      <w:lvlJc w:val="left"/>
      <w:pPr>
        <w:tabs>
          <w:tab w:val="left" w:pos="2477"/>
        </w:tabs>
        <w:ind w:left="2160" w:hanging="180"/>
      </w:pPr>
      <w:rPr>
        <w:b w:val="0"/>
        <w:i w:val="0"/>
      </w:rPr>
    </w:lvl>
    <w:lvl w:ilvl="3">
      <w:start w:val="1"/>
      <w:numFmt w:val="decimal"/>
      <w:lvlText w:val="%1.%2.%3.%4"/>
      <w:lvlJc w:val="left"/>
      <w:pPr>
        <w:tabs>
          <w:tab w:val="left" w:pos="3283"/>
        </w:tabs>
        <w:ind w:left="2880" w:hanging="360"/>
      </w:pPr>
      <w:rPr>
        <w:b w:val="0"/>
        <w:i w:val="0"/>
      </w:r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431319493">
    <w:abstractNumId w:val="8"/>
  </w:num>
  <w:num w:numId="2" w16cid:durableId="324937667">
    <w:abstractNumId w:val="6"/>
  </w:num>
  <w:num w:numId="3" w16cid:durableId="861699351">
    <w:abstractNumId w:val="5"/>
  </w:num>
  <w:num w:numId="4" w16cid:durableId="1674527934">
    <w:abstractNumId w:val="4"/>
  </w:num>
  <w:num w:numId="5" w16cid:durableId="1814834042">
    <w:abstractNumId w:val="7"/>
  </w:num>
  <w:num w:numId="6" w16cid:durableId="423187649">
    <w:abstractNumId w:val="3"/>
  </w:num>
  <w:num w:numId="7" w16cid:durableId="908001611">
    <w:abstractNumId w:val="2"/>
  </w:num>
  <w:num w:numId="8" w16cid:durableId="378672526">
    <w:abstractNumId w:val="1"/>
  </w:num>
  <w:num w:numId="9" w16cid:durableId="82801194">
    <w:abstractNumId w:val="0"/>
  </w:num>
  <w:num w:numId="10" w16cid:durableId="2195614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3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F2A70"/>
    <w:rsid w:val="006744D9"/>
    <w:rsid w:val="00AA1D8D"/>
    <w:rsid w:val="00B47730"/>
    <w:rsid w:val="00CB0664"/>
    <w:rsid w:val="00D53B3E"/>
    <w:rsid w:val="00FC693F"/>
    <w:rsid w:val="0CFFECF7"/>
    <w:rsid w:val="123C3EF7"/>
    <w:rsid w:val="1B90B349"/>
    <w:rsid w:val="229D03D7"/>
    <w:rsid w:val="26A9CEBE"/>
    <w:rsid w:val="2A7EBC42"/>
    <w:rsid w:val="3021734F"/>
    <w:rsid w:val="3405CC1A"/>
    <w:rsid w:val="387C221D"/>
    <w:rsid w:val="455D9C4A"/>
    <w:rsid w:val="46DA741D"/>
    <w:rsid w:val="4E9D46D4"/>
    <w:rsid w:val="5A19ED8D"/>
    <w:rsid w:val="61815B54"/>
    <w:rsid w:val="6B992881"/>
    <w:rsid w:val="6CDA5254"/>
    <w:rsid w:val="6F098C3B"/>
    <w:rsid w:val="740DE0DB"/>
    <w:rsid w:val="7C37DF69"/>
    <w:rsid w:val="7E32A5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6B382503-838D-493A-BFE0-71A8C0A3D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6F098C3B"/>
    <w:pPr>
      <w:spacing w:after="0"/>
    </w:pPr>
    <w:rPr>
      <w:rFonts w:ascii="Calibri" w:hAnsi="Calibri"/>
      <w:lang w:val="en-GB"/>
    </w:rPr>
  </w:style>
  <w:style w:type="paragraph" w:styleId="Heading1">
    <w:name w:val="heading 1"/>
    <w:basedOn w:val="Normal"/>
    <w:next w:val="Normal"/>
    <w:link w:val="Heading1Char"/>
    <w:uiPriority w:val="9"/>
    <w:qFormat/>
    <w:rsid w:val="6F098C3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6F098C3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6F098C3B"/>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6F098C3B"/>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6F098C3B"/>
    <w:pPr>
      <w:keepNext/>
      <w:keepLines/>
      <w:spacing w:before="200"/>
      <w:outlineLvl w:val="4"/>
    </w:pPr>
    <w:rPr>
      <w:rFonts w:asciiTheme="majorHAnsi" w:eastAsiaTheme="majorEastAsia" w:hAnsiTheme="majorHAnsi" w:cstheme="majorBidi"/>
      <w:color w:val="243F60"/>
    </w:rPr>
  </w:style>
  <w:style w:type="paragraph" w:styleId="Heading6">
    <w:name w:val="heading 6"/>
    <w:basedOn w:val="Normal"/>
    <w:next w:val="Normal"/>
    <w:link w:val="Heading6Char"/>
    <w:uiPriority w:val="9"/>
    <w:semiHidden/>
    <w:unhideWhenUsed/>
    <w:qFormat/>
    <w:rsid w:val="6F098C3B"/>
    <w:pPr>
      <w:keepNext/>
      <w:keepLines/>
      <w:spacing w:before="200"/>
      <w:outlineLvl w:val="5"/>
    </w:pPr>
    <w:rPr>
      <w:rFonts w:asciiTheme="majorHAnsi" w:eastAsiaTheme="majorEastAsia" w:hAnsiTheme="majorHAnsi" w:cstheme="majorBidi"/>
      <w:i/>
      <w:iCs/>
      <w:color w:val="243F60"/>
    </w:rPr>
  </w:style>
  <w:style w:type="paragraph" w:styleId="Heading7">
    <w:name w:val="heading 7"/>
    <w:basedOn w:val="Normal"/>
    <w:next w:val="Normal"/>
    <w:link w:val="Heading7Char"/>
    <w:uiPriority w:val="9"/>
    <w:semiHidden/>
    <w:unhideWhenUsed/>
    <w:qFormat/>
    <w:rsid w:val="6F098C3B"/>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6F098C3B"/>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6F098C3B"/>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6F098C3B"/>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6F098C3B"/>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6F098C3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6F098C3B"/>
    <w:rPr>
      <w:rFonts w:asciiTheme="majorHAnsi" w:eastAsiaTheme="majorEastAsia" w:hAnsiTheme="majorHAnsi" w:cstheme="majorBidi"/>
      <w:i/>
      <w:iCs/>
      <w:color w:val="4F81BD" w:themeColor="accent1"/>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6F098C3B"/>
    <w:pPr>
      <w:ind w:left="720"/>
      <w:contextualSpacing/>
    </w:pPr>
  </w:style>
  <w:style w:type="paragraph" w:styleId="BodyText">
    <w:name w:val="Body Text"/>
    <w:basedOn w:val="Normal"/>
    <w:link w:val="BodyTextChar"/>
    <w:uiPriority w:val="99"/>
    <w:unhideWhenUsed/>
    <w:rsid w:val="6F098C3B"/>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6F098C3B"/>
    <w:pPr>
      <w:spacing w:after="120"/>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6F098C3B"/>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6F098C3B"/>
    <w:pPr>
      <w:ind w:left="360" w:hanging="360"/>
      <w:contextualSpacing/>
    </w:pPr>
  </w:style>
  <w:style w:type="paragraph" w:styleId="List2">
    <w:name w:val="List 2"/>
    <w:basedOn w:val="Normal"/>
    <w:uiPriority w:val="99"/>
    <w:unhideWhenUsed/>
    <w:rsid w:val="6F098C3B"/>
    <w:pPr>
      <w:ind w:left="720" w:hanging="360"/>
      <w:contextualSpacing/>
    </w:pPr>
  </w:style>
  <w:style w:type="paragraph" w:styleId="List3">
    <w:name w:val="List 3"/>
    <w:basedOn w:val="Normal"/>
    <w:uiPriority w:val="99"/>
    <w:unhideWhenUsed/>
    <w:rsid w:val="6F098C3B"/>
    <w:pPr>
      <w:ind w:left="1080" w:hanging="360"/>
      <w:contextualSpacing/>
    </w:pPr>
  </w:style>
  <w:style w:type="paragraph" w:styleId="ListBullet">
    <w:name w:val="List Bullet"/>
    <w:basedOn w:val="Normal"/>
    <w:uiPriority w:val="99"/>
    <w:unhideWhenUsed/>
    <w:rsid w:val="6F098C3B"/>
    <w:pPr>
      <w:numPr>
        <w:numId w:val="1"/>
      </w:numPr>
      <w:contextualSpacing/>
    </w:pPr>
  </w:style>
  <w:style w:type="paragraph" w:styleId="ListBullet2">
    <w:name w:val="List Bullet 2"/>
    <w:basedOn w:val="Normal"/>
    <w:uiPriority w:val="99"/>
    <w:unhideWhenUsed/>
    <w:rsid w:val="6F098C3B"/>
    <w:pPr>
      <w:numPr>
        <w:numId w:val="2"/>
      </w:numPr>
      <w:contextualSpacing/>
    </w:pPr>
  </w:style>
  <w:style w:type="paragraph" w:styleId="ListBullet3">
    <w:name w:val="List Bullet 3"/>
    <w:basedOn w:val="Normal"/>
    <w:uiPriority w:val="99"/>
    <w:unhideWhenUsed/>
    <w:rsid w:val="6F098C3B"/>
    <w:pPr>
      <w:numPr>
        <w:numId w:val="3"/>
      </w:numPr>
      <w:contextualSpacing/>
    </w:pPr>
  </w:style>
  <w:style w:type="paragraph" w:styleId="ListNumber">
    <w:name w:val="List Number"/>
    <w:basedOn w:val="Normal"/>
    <w:uiPriority w:val="99"/>
    <w:unhideWhenUsed/>
    <w:rsid w:val="6F098C3B"/>
    <w:pPr>
      <w:numPr>
        <w:numId w:val="5"/>
      </w:numPr>
      <w:contextualSpacing/>
    </w:pPr>
  </w:style>
  <w:style w:type="paragraph" w:styleId="ListNumber2">
    <w:name w:val="List Number 2"/>
    <w:basedOn w:val="Normal"/>
    <w:uiPriority w:val="99"/>
    <w:unhideWhenUsed/>
    <w:rsid w:val="6F098C3B"/>
    <w:pPr>
      <w:numPr>
        <w:numId w:val="6"/>
      </w:numPr>
      <w:contextualSpacing/>
    </w:pPr>
  </w:style>
  <w:style w:type="paragraph" w:styleId="ListNumber3">
    <w:name w:val="List Number 3"/>
    <w:basedOn w:val="Normal"/>
    <w:uiPriority w:val="99"/>
    <w:unhideWhenUsed/>
    <w:rsid w:val="6F098C3B"/>
    <w:pPr>
      <w:numPr>
        <w:numId w:val="7"/>
      </w:numPr>
      <w:contextualSpacing/>
    </w:pPr>
  </w:style>
  <w:style w:type="paragraph" w:styleId="ListContinue">
    <w:name w:val="List Continue"/>
    <w:basedOn w:val="Normal"/>
    <w:uiPriority w:val="99"/>
    <w:unhideWhenUsed/>
    <w:rsid w:val="6F098C3B"/>
    <w:pPr>
      <w:spacing w:after="120"/>
      <w:ind w:left="360"/>
      <w:contextualSpacing/>
    </w:pPr>
  </w:style>
  <w:style w:type="paragraph" w:styleId="ListContinue2">
    <w:name w:val="List Continue 2"/>
    <w:basedOn w:val="Normal"/>
    <w:uiPriority w:val="99"/>
    <w:unhideWhenUsed/>
    <w:rsid w:val="6F098C3B"/>
    <w:pPr>
      <w:spacing w:after="120"/>
      <w:ind w:left="720"/>
      <w:contextualSpacing/>
    </w:pPr>
  </w:style>
  <w:style w:type="paragraph" w:styleId="ListContinue3">
    <w:name w:val="List Continue 3"/>
    <w:basedOn w:val="Normal"/>
    <w:uiPriority w:val="99"/>
    <w:unhideWhenUsed/>
    <w:rsid w:val="6F098C3B"/>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6F098C3B"/>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6F098C3B"/>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6F098C3B"/>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1769</Words>
  <Characters>10086</Characters>
  <Application>Microsoft Office Word</Application>
  <DocSecurity>0</DocSecurity>
  <Lines>84</Lines>
  <Paragraphs>23</Paragraphs>
  <ScaleCrop>false</ScaleCrop>
  <Manager/>
  <Company/>
  <LinksUpToDate>false</LinksUpToDate>
  <CharactersWithSpaces>11832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Clarence, Taya</cp:lastModifiedBy>
  <cp:revision>2</cp:revision>
  <dcterms:created xsi:type="dcterms:W3CDTF">2026-10-21T08:37:00Z</dcterms:created>
  <dcterms:modified xsi:type="dcterms:W3CDTF">2026-10-21T08:37:00Z</dcterms:modified>
  <cp:category/>
</cp:coreProperties>
</file>